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915F5" w14:textId="77777777" w:rsidR="009F3199" w:rsidRPr="00063FD7" w:rsidRDefault="008D4753" w:rsidP="00E96AD1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63FD7">
        <w:rPr>
          <w:rFonts w:ascii="Times New Roman" w:hAnsi="Times New Roman" w:cs="Times New Roman"/>
          <w:b/>
          <w:sz w:val="28"/>
          <w:szCs w:val="28"/>
          <w:u w:val="single"/>
        </w:rPr>
        <w:t>AL COMUNE DI ZAMBRONE</w:t>
      </w:r>
    </w:p>
    <w:p w14:paraId="5D3C3570" w14:textId="77777777" w:rsidR="00045344" w:rsidRPr="00063FD7" w:rsidRDefault="00045344" w:rsidP="00E96AD1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 w:rsidRPr="00063FD7">
        <w:rPr>
          <w:rFonts w:ascii="Times New Roman" w:hAnsi="Times New Roman" w:cs="Times New Roman"/>
          <w:b/>
          <w:sz w:val="28"/>
          <w:szCs w:val="28"/>
          <w:u w:val="single"/>
        </w:rPr>
        <w:t>Ufficio</w:t>
      </w:r>
      <w:proofErr w:type="spellEnd"/>
      <w:r w:rsidRPr="00063FD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063FD7">
        <w:rPr>
          <w:rFonts w:ascii="Times New Roman" w:hAnsi="Times New Roman" w:cs="Times New Roman"/>
          <w:b/>
          <w:sz w:val="28"/>
          <w:szCs w:val="28"/>
          <w:u w:val="single"/>
        </w:rPr>
        <w:t>Affari</w:t>
      </w:r>
      <w:proofErr w:type="spellEnd"/>
      <w:r w:rsidRPr="00063FD7">
        <w:rPr>
          <w:rFonts w:ascii="Times New Roman" w:hAnsi="Times New Roman" w:cs="Times New Roman"/>
          <w:b/>
          <w:sz w:val="28"/>
          <w:szCs w:val="28"/>
          <w:u w:val="single"/>
        </w:rPr>
        <w:t xml:space="preserve"> Generali</w:t>
      </w:r>
    </w:p>
    <w:p w14:paraId="69DAF6EE" w14:textId="77777777" w:rsidR="008D4753" w:rsidRPr="006564E1" w:rsidRDefault="008D4753" w:rsidP="006564E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400239" w14:textId="77777777" w:rsidR="003F631B" w:rsidRDefault="003F631B" w:rsidP="003F63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A1FE8E" w14:textId="77777777" w:rsidR="008D4753" w:rsidRPr="006564E1" w:rsidRDefault="00B869CC" w:rsidP="003F63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64E1">
        <w:rPr>
          <w:rFonts w:ascii="Times New Roman" w:hAnsi="Times New Roman" w:cs="Times New Roman"/>
          <w:b/>
          <w:sz w:val="28"/>
          <w:szCs w:val="28"/>
        </w:rPr>
        <w:t>FORNITURA GRATUITA O SEMIG</w:t>
      </w:r>
      <w:r w:rsidR="008D4753" w:rsidRPr="006564E1">
        <w:rPr>
          <w:rFonts w:ascii="Times New Roman" w:hAnsi="Times New Roman" w:cs="Times New Roman"/>
          <w:b/>
          <w:sz w:val="28"/>
          <w:szCs w:val="28"/>
        </w:rPr>
        <w:t>RATUITA DEI LIBRI DI TESTO</w:t>
      </w:r>
    </w:p>
    <w:p w14:paraId="1BAF49C2" w14:textId="77777777" w:rsidR="003F631B" w:rsidRDefault="003F631B" w:rsidP="00E96A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EAD457C" w14:textId="77777777" w:rsidR="003F631B" w:rsidRDefault="003F631B" w:rsidP="00E96A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84F84C2" w14:textId="77777777" w:rsidR="008D4753" w:rsidRPr="006564E1" w:rsidRDefault="008D4753" w:rsidP="00E96A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564E1">
        <w:rPr>
          <w:rFonts w:ascii="Times New Roman" w:hAnsi="Times New Roman" w:cs="Times New Roman"/>
          <w:b/>
          <w:sz w:val="28"/>
          <w:szCs w:val="28"/>
          <w:u w:val="single"/>
        </w:rPr>
        <w:t xml:space="preserve">Anno </w:t>
      </w:r>
      <w:r w:rsidR="00B869CC" w:rsidRPr="006564E1">
        <w:rPr>
          <w:rFonts w:ascii="Times New Roman" w:hAnsi="Times New Roman" w:cs="Times New Roman"/>
          <w:b/>
          <w:sz w:val="28"/>
          <w:szCs w:val="28"/>
          <w:u w:val="single"/>
        </w:rPr>
        <w:t>S</w:t>
      </w:r>
      <w:r w:rsidR="003F631B">
        <w:rPr>
          <w:rFonts w:ascii="Times New Roman" w:hAnsi="Times New Roman" w:cs="Times New Roman"/>
          <w:b/>
          <w:sz w:val="28"/>
          <w:szCs w:val="28"/>
          <w:u w:val="single"/>
        </w:rPr>
        <w:t>colastico 2026/2027</w:t>
      </w:r>
    </w:p>
    <w:p w14:paraId="2DA4D0BB" w14:textId="77777777" w:rsidR="008D4753" w:rsidRPr="00E96AD1" w:rsidRDefault="00B869CC" w:rsidP="00E96AD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96AD1">
        <w:rPr>
          <w:rFonts w:ascii="Times New Roman" w:hAnsi="Times New Roman" w:cs="Times New Roman"/>
        </w:rPr>
        <w:t>(</w:t>
      </w:r>
      <w:r w:rsidR="008D4753" w:rsidRPr="00E96AD1">
        <w:rPr>
          <w:rFonts w:ascii="Times New Roman" w:hAnsi="Times New Roman" w:cs="Times New Roman"/>
        </w:rPr>
        <w:t xml:space="preserve">Ai sensi </w:t>
      </w:r>
      <w:proofErr w:type="spellStart"/>
      <w:r w:rsidR="008D4753" w:rsidRPr="00E96AD1">
        <w:rPr>
          <w:rFonts w:ascii="Times New Roman" w:hAnsi="Times New Roman" w:cs="Times New Roman"/>
        </w:rPr>
        <w:t>dell’art</w:t>
      </w:r>
      <w:proofErr w:type="spellEnd"/>
      <w:r w:rsidR="008D4753" w:rsidRPr="00E96AD1">
        <w:rPr>
          <w:rFonts w:ascii="Times New Roman" w:hAnsi="Times New Roman" w:cs="Times New Roman"/>
        </w:rPr>
        <w:t xml:space="preserve">. 27 della </w:t>
      </w:r>
      <w:r w:rsidRPr="00E96AD1">
        <w:rPr>
          <w:rFonts w:ascii="Times New Roman" w:hAnsi="Times New Roman" w:cs="Times New Roman"/>
        </w:rPr>
        <w:t>Legge 23.12.1998, n. 448)</w:t>
      </w:r>
    </w:p>
    <w:p w14:paraId="26E87000" w14:textId="77777777" w:rsidR="009F3199" w:rsidRDefault="009F3199" w:rsidP="006564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1D7037" w14:textId="77777777" w:rsidR="003F631B" w:rsidRPr="006564E1" w:rsidRDefault="003F631B" w:rsidP="006564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66BB03" w14:textId="77777777" w:rsidR="009F3199" w:rsidRPr="00E96AD1" w:rsidRDefault="00B869CC" w:rsidP="006564E1">
      <w:pPr>
        <w:jc w:val="both"/>
        <w:rPr>
          <w:rFonts w:ascii="Times New Roman" w:hAnsi="Times New Roman" w:cs="Times New Roman"/>
          <w:b/>
        </w:rPr>
      </w:pPr>
      <w:proofErr w:type="spellStart"/>
      <w:r w:rsidRPr="00E96AD1">
        <w:rPr>
          <w:rFonts w:ascii="Times New Roman" w:hAnsi="Times New Roman" w:cs="Times New Roman"/>
          <w:b/>
        </w:rPr>
        <w:t>Generalità</w:t>
      </w:r>
      <w:proofErr w:type="spellEnd"/>
      <w:r w:rsidRPr="00E96AD1">
        <w:rPr>
          <w:rFonts w:ascii="Times New Roman" w:hAnsi="Times New Roman" w:cs="Times New Roman"/>
          <w:b/>
        </w:rPr>
        <w:t xml:space="preserve"> e </w:t>
      </w:r>
      <w:proofErr w:type="spellStart"/>
      <w:r w:rsidRPr="00E96AD1">
        <w:rPr>
          <w:rFonts w:ascii="Times New Roman" w:hAnsi="Times New Roman" w:cs="Times New Roman"/>
          <w:b/>
        </w:rPr>
        <w:t>residenza</w:t>
      </w:r>
      <w:proofErr w:type="spellEnd"/>
      <w:r w:rsidRPr="00E96AD1">
        <w:rPr>
          <w:rFonts w:ascii="Times New Roman" w:hAnsi="Times New Roman" w:cs="Times New Roman"/>
          <w:b/>
        </w:rPr>
        <w:t xml:space="preserve"> </w:t>
      </w:r>
      <w:proofErr w:type="spellStart"/>
      <w:r w:rsidRPr="00E96AD1">
        <w:rPr>
          <w:rFonts w:ascii="Times New Roman" w:hAnsi="Times New Roman" w:cs="Times New Roman"/>
          <w:b/>
        </w:rPr>
        <w:t>anagrafica</w:t>
      </w:r>
      <w:proofErr w:type="spellEnd"/>
      <w:r w:rsidRPr="00E96AD1">
        <w:rPr>
          <w:rFonts w:ascii="Times New Roman" w:hAnsi="Times New Roman" w:cs="Times New Roman"/>
          <w:b/>
        </w:rPr>
        <w:t xml:space="preserve"> del richiedente</w:t>
      </w: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4928"/>
        <w:gridCol w:w="5103"/>
      </w:tblGrid>
      <w:tr w:rsidR="009F3199" w:rsidRPr="006564E1" w14:paraId="2C67A008" w14:textId="77777777" w:rsidTr="008D4753">
        <w:tc>
          <w:tcPr>
            <w:tcW w:w="4928" w:type="dxa"/>
          </w:tcPr>
          <w:p w14:paraId="22210B14" w14:textId="77777777" w:rsidR="009F3199" w:rsidRPr="001A1A6E" w:rsidRDefault="00B869CC" w:rsidP="006564E1">
            <w:pPr>
              <w:jc w:val="both"/>
              <w:rPr>
                <w:rFonts w:ascii="Times New Roman" w:hAnsi="Times New Roman" w:cs="Times New Roman"/>
              </w:rPr>
            </w:pPr>
            <w:r w:rsidRPr="001A1A6E">
              <w:rPr>
                <w:rFonts w:ascii="Times New Roman" w:hAnsi="Times New Roman" w:cs="Times New Roman"/>
              </w:rPr>
              <w:t>COGNOME</w:t>
            </w:r>
          </w:p>
        </w:tc>
        <w:tc>
          <w:tcPr>
            <w:tcW w:w="5103" w:type="dxa"/>
          </w:tcPr>
          <w:p w14:paraId="68B2BF73" w14:textId="77777777" w:rsidR="009F3199" w:rsidRPr="001A1A6E" w:rsidRDefault="00B869CC" w:rsidP="006564E1">
            <w:pPr>
              <w:jc w:val="both"/>
              <w:rPr>
                <w:rFonts w:ascii="Times New Roman" w:hAnsi="Times New Roman" w:cs="Times New Roman"/>
              </w:rPr>
            </w:pPr>
            <w:r w:rsidRPr="001A1A6E">
              <w:rPr>
                <w:rFonts w:ascii="Times New Roman" w:hAnsi="Times New Roman" w:cs="Times New Roman"/>
              </w:rPr>
              <w:t>NOME</w:t>
            </w:r>
          </w:p>
        </w:tc>
      </w:tr>
      <w:tr w:rsidR="009F3199" w:rsidRPr="006564E1" w14:paraId="2374D158" w14:textId="77777777" w:rsidTr="008D4753">
        <w:tc>
          <w:tcPr>
            <w:tcW w:w="4928" w:type="dxa"/>
            <w:tcBorders>
              <w:bottom w:val="single" w:sz="4" w:space="0" w:color="auto"/>
            </w:tcBorders>
          </w:tcPr>
          <w:p w14:paraId="1E73130C" w14:textId="77777777" w:rsidR="009F3199" w:rsidRPr="001A1A6E" w:rsidRDefault="00B869CC" w:rsidP="006564E1">
            <w:pPr>
              <w:jc w:val="both"/>
              <w:rPr>
                <w:rFonts w:ascii="Times New Roman" w:hAnsi="Times New Roman" w:cs="Times New Roman"/>
              </w:rPr>
            </w:pPr>
            <w:r w:rsidRPr="001A1A6E">
              <w:rPr>
                <w:rFonts w:ascii="Times New Roman" w:hAnsi="Times New Roman" w:cs="Times New Roman"/>
              </w:rPr>
              <w:t>LUOGO DI NASCITA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3FAE796B" w14:textId="77777777" w:rsidR="009F3199" w:rsidRPr="001A1A6E" w:rsidRDefault="00B869CC" w:rsidP="006564E1">
            <w:pPr>
              <w:jc w:val="both"/>
              <w:rPr>
                <w:rFonts w:ascii="Times New Roman" w:hAnsi="Times New Roman" w:cs="Times New Roman"/>
              </w:rPr>
            </w:pPr>
            <w:r w:rsidRPr="001A1A6E">
              <w:rPr>
                <w:rFonts w:ascii="Times New Roman" w:hAnsi="Times New Roman" w:cs="Times New Roman"/>
              </w:rPr>
              <w:t>DATA DI NASCITA</w:t>
            </w:r>
          </w:p>
        </w:tc>
      </w:tr>
      <w:tr w:rsidR="009F3199" w:rsidRPr="006564E1" w14:paraId="0AA700EC" w14:textId="77777777" w:rsidTr="00837A80">
        <w:tc>
          <w:tcPr>
            <w:tcW w:w="4928" w:type="dxa"/>
            <w:tcBorders>
              <w:bottom w:val="single" w:sz="4" w:space="0" w:color="auto"/>
              <w:right w:val="nil"/>
            </w:tcBorders>
          </w:tcPr>
          <w:p w14:paraId="538FDDC8" w14:textId="77777777" w:rsidR="009F3199" w:rsidRPr="001A1A6E" w:rsidRDefault="00B869CC" w:rsidP="006564E1">
            <w:pPr>
              <w:jc w:val="both"/>
              <w:rPr>
                <w:rFonts w:ascii="Times New Roman" w:hAnsi="Times New Roman" w:cs="Times New Roman"/>
              </w:rPr>
            </w:pPr>
            <w:r w:rsidRPr="001A1A6E">
              <w:rPr>
                <w:rFonts w:ascii="Times New Roman" w:hAnsi="Times New Roman" w:cs="Times New Roman"/>
              </w:rPr>
              <w:t>CODICE FISCALE</w:t>
            </w:r>
          </w:p>
        </w:tc>
        <w:tc>
          <w:tcPr>
            <w:tcW w:w="5103" w:type="dxa"/>
            <w:tcBorders>
              <w:left w:val="nil"/>
              <w:bottom w:val="single" w:sz="4" w:space="0" w:color="auto"/>
            </w:tcBorders>
          </w:tcPr>
          <w:p w14:paraId="513C2011" w14:textId="77777777" w:rsidR="009F3199" w:rsidRPr="001A1A6E" w:rsidRDefault="009F3199" w:rsidP="006564E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F3199" w:rsidRPr="006564E1" w14:paraId="4D2A2BE4" w14:textId="77777777" w:rsidTr="00FD7FA9">
        <w:tc>
          <w:tcPr>
            <w:tcW w:w="4928" w:type="dxa"/>
            <w:tcBorders>
              <w:bottom w:val="single" w:sz="4" w:space="0" w:color="auto"/>
              <w:right w:val="nil"/>
            </w:tcBorders>
          </w:tcPr>
          <w:p w14:paraId="43DB21EB" w14:textId="77777777" w:rsidR="009F3199" w:rsidRPr="001A1A6E" w:rsidRDefault="00B869CC" w:rsidP="006564E1">
            <w:pPr>
              <w:jc w:val="both"/>
              <w:rPr>
                <w:rFonts w:ascii="Times New Roman" w:hAnsi="Times New Roman" w:cs="Times New Roman"/>
              </w:rPr>
            </w:pPr>
            <w:r w:rsidRPr="001A1A6E">
              <w:rPr>
                <w:rFonts w:ascii="Times New Roman" w:hAnsi="Times New Roman" w:cs="Times New Roman"/>
              </w:rPr>
              <w:t xml:space="preserve">COMUNE </w:t>
            </w:r>
            <w:r w:rsidR="00837A80" w:rsidRPr="001A1A6E">
              <w:rPr>
                <w:rFonts w:ascii="Times New Roman" w:hAnsi="Times New Roman" w:cs="Times New Roman"/>
              </w:rPr>
              <w:t>DI RESIDENZA</w:t>
            </w:r>
          </w:p>
        </w:tc>
        <w:tc>
          <w:tcPr>
            <w:tcW w:w="5103" w:type="dxa"/>
            <w:tcBorders>
              <w:left w:val="nil"/>
              <w:bottom w:val="single" w:sz="4" w:space="0" w:color="auto"/>
            </w:tcBorders>
          </w:tcPr>
          <w:p w14:paraId="48B11973" w14:textId="77777777" w:rsidR="009F3199" w:rsidRPr="001A1A6E" w:rsidRDefault="00837A80" w:rsidP="006564E1">
            <w:pPr>
              <w:jc w:val="both"/>
              <w:rPr>
                <w:rFonts w:ascii="Times New Roman" w:hAnsi="Times New Roman" w:cs="Times New Roman"/>
              </w:rPr>
            </w:pPr>
            <w:r w:rsidRPr="001A1A6E">
              <w:rPr>
                <w:rFonts w:ascii="Times New Roman" w:hAnsi="Times New Roman" w:cs="Times New Roman"/>
              </w:rPr>
              <w:t xml:space="preserve">                                           </w:t>
            </w:r>
            <w:r w:rsidR="00E96AD1" w:rsidRPr="001A1A6E">
              <w:rPr>
                <w:rFonts w:ascii="Times New Roman" w:hAnsi="Times New Roman" w:cs="Times New Roman"/>
              </w:rPr>
              <w:t>PROV.</w:t>
            </w:r>
          </w:p>
        </w:tc>
      </w:tr>
      <w:tr w:rsidR="009F3199" w:rsidRPr="006564E1" w14:paraId="0996D423" w14:textId="77777777" w:rsidTr="00FD7FA9">
        <w:tc>
          <w:tcPr>
            <w:tcW w:w="4928" w:type="dxa"/>
            <w:tcBorders>
              <w:right w:val="nil"/>
            </w:tcBorders>
          </w:tcPr>
          <w:p w14:paraId="65E29EDF" w14:textId="77777777" w:rsidR="009F3199" w:rsidRPr="001A1A6E" w:rsidRDefault="00B869CC" w:rsidP="006564E1">
            <w:pPr>
              <w:jc w:val="both"/>
              <w:rPr>
                <w:rFonts w:ascii="Times New Roman" w:hAnsi="Times New Roman" w:cs="Times New Roman"/>
              </w:rPr>
            </w:pPr>
            <w:r w:rsidRPr="001A1A6E">
              <w:rPr>
                <w:rFonts w:ascii="Times New Roman" w:hAnsi="Times New Roman" w:cs="Times New Roman"/>
              </w:rPr>
              <w:t>VIA/PIAZZA</w:t>
            </w:r>
          </w:p>
        </w:tc>
        <w:tc>
          <w:tcPr>
            <w:tcW w:w="5103" w:type="dxa"/>
            <w:tcBorders>
              <w:left w:val="nil"/>
            </w:tcBorders>
          </w:tcPr>
          <w:p w14:paraId="41F5B112" w14:textId="77777777" w:rsidR="009F3199" w:rsidRPr="001A1A6E" w:rsidRDefault="00FD7FA9" w:rsidP="006564E1">
            <w:pPr>
              <w:jc w:val="both"/>
              <w:rPr>
                <w:rFonts w:ascii="Times New Roman" w:hAnsi="Times New Roman" w:cs="Times New Roman"/>
              </w:rPr>
            </w:pPr>
            <w:r w:rsidRPr="001A1A6E">
              <w:rPr>
                <w:rFonts w:ascii="Times New Roman" w:hAnsi="Times New Roman" w:cs="Times New Roman"/>
              </w:rPr>
              <w:t xml:space="preserve">                                    </w:t>
            </w:r>
            <w:r w:rsidR="00B869CC" w:rsidRPr="001A1A6E">
              <w:rPr>
                <w:rFonts w:ascii="Times New Roman" w:hAnsi="Times New Roman" w:cs="Times New Roman"/>
              </w:rPr>
              <w:t>N. CIVICO</w:t>
            </w:r>
          </w:p>
        </w:tc>
      </w:tr>
      <w:tr w:rsidR="008D4753" w:rsidRPr="006564E1" w14:paraId="30085461" w14:textId="77777777" w:rsidTr="00837A80">
        <w:tc>
          <w:tcPr>
            <w:tcW w:w="4928" w:type="dxa"/>
            <w:tcBorders>
              <w:bottom w:val="single" w:sz="4" w:space="0" w:color="auto"/>
            </w:tcBorders>
          </w:tcPr>
          <w:p w14:paraId="7A54F8F6" w14:textId="77777777" w:rsidR="008D4753" w:rsidRPr="001A1A6E" w:rsidRDefault="008D4753" w:rsidP="006564E1">
            <w:pPr>
              <w:jc w:val="both"/>
              <w:rPr>
                <w:rFonts w:ascii="Times New Roman" w:hAnsi="Times New Roman" w:cs="Times New Roman"/>
              </w:rPr>
            </w:pPr>
            <w:r w:rsidRPr="001A1A6E">
              <w:rPr>
                <w:rFonts w:ascii="Times New Roman" w:hAnsi="Times New Roman" w:cs="Times New Roman"/>
              </w:rPr>
              <w:t>TEL.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28DFE2B0" w14:textId="77777777" w:rsidR="008D4753" w:rsidRPr="001A1A6E" w:rsidRDefault="008D4753" w:rsidP="006564E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F3199" w:rsidRPr="006564E1" w14:paraId="4331D81C" w14:textId="77777777" w:rsidTr="00837A80">
        <w:trPr>
          <w:trHeight w:val="381"/>
        </w:trPr>
        <w:tc>
          <w:tcPr>
            <w:tcW w:w="4928" w:type="dxa"/>
            <w:tcBorders>
              <w:right w:val="nil"/>
            </w:tcBorders>
          </w:tcPr>
          <w:p w14:paraId="4A99C9EE" w14:textId="77777777" w:rsidR="009F3199" w:rsidRPr="001A1A6E" w:rsidRDefault="00B869CC" w:rsidP="006564E1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A1A6E">
              <w:rPr>
                <w:rFonts w:ascii="Times New Roman" w:hAnsi="Times New Roman" w:cs="Times New Roman"/>
              </w:rPr>
              <w:t>Codice</w:t>
            </w:r>
            <w:proofErr w:type="spellEnd"/>
            <w:r w:rsidRPr="001A1A6E">
              <w:rPr>
                <w:rFonts w:ascii="Times New Roman" w:hAnsi="Times New Roman" w:cs="Times New Roman"/>
              </w:rPr>
              <w:t xml:space="preserve"> IBAN</w:t>
            </w:r>
          </w:p>
        </w:tc>
        <w:tc>
          <w:tcPr>
            <w:tcW w:w="5103" w:type="dxa"/>
            <w:tcBorders>
              <w:left w:val="nil"/>
            </w:tcBorders>
          </w:tcPr>
          <w:p w14:paraId="08E48E40" w14:textId="77777777" w:rsidR="009F3199" w:rsidRPr="001A1A6E" w:rsidRDefault="009F3199" w:rsidP="006564E1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A3C801D" w14:textId="77777777" w:rsidR="00837A80" w:rsidRDefault="00837A80" w:rsidP="00837A80">
      <w:pPr>
        <w:rPr>
          <w:rFonts w:ascii="Times New Roman" w:hAnsi="Times New Roman" w:cs="Times New Roman"/>
          <w:sz w:val="28"/>
          <w:szCs w:val="28"/>
        </w:rPr>
      </w:pPr>
    </w:p>
    <w:p w14:paraId="2E0BBF7D" w14:textId="77777777" w:rsidR="00837A80" w:rsidRPr="0086411F" w:rsidRDefault="00AB4703" w:rsidP="00837A80">
      <w:pPr>
        <w:rPr>
          <w:rFonts w:ascii="Times New Roman" w:hAnsi="Times New Roman" w:cs="Times New Roman"/>
          <w:i/>
          <w:sz w:val="28"/>
          <w:szCs w:val="28"/>
        </w:rPr>
      </w:pPr>
      <w:r w:rsidRPr="0086411F">
        <w:rPr>
          <w:rFonts w:ascii="Times New Roman" w:hAnsi="Times New Roman" w:cs="Times New Roman" w:hint="eastAsia"/>
          <w:i/>
          <w:sz w:val="28"/>
          <w:szCs w:val="28"/>
        </w:rPr>
        <w:t>☐</w:t>
      </w:r>
      <w:r w:rsidRPr="0086411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86411F">
        <w:rPr>
          <w:rFonts w:ascii="Times New Roman" w:hAnsi="Times New Roman" w:cs="Times New Roman"/>
          <w:i/>
          <w:sz w:val="28"/>
          <w:szCs w:val="28"/>
        </w:rPr>
        <w:t>Accredito</w:t>
      </w:r>
      <w:proofErr w:type="spellEnd"/>
      <w:r w:rsidRPr="0086411F">
        <w:rPr>
          <w:rFonts w:ascii="Times New Roman" w:hAnsi="Times New Roman" w:cs="Times New Roman"/>
          <w:i/>
          <w:sz w:val="28"/>
          <w:szCs w:val="28"/>
        </w:rPr>
        <w:t xml:space="preserve"> su C/C </w:t>
      </w:r>
      <w:proofErr w:type="spellStart"/>
      <w:r w:rsidRPr="0086411F">
        <w:rPr>
          <w:rFonts w:ascii="Times New Roman" w:hAnsi="Times New Roman" w:cs="Times New Roman"/>
          <w:i/>
          <w:sz w:val="28"/>
          <w:szCs w:val="28"/>
        </w:rPr>
        <w:t>Bancario</w:t>
      </w:r>
      <w:proofErr w:type="spellEnd"/>
      <w:r w:rsidRPr="0086411F">
        <w:rPr>
          <w:rFonts w:ascii="Times New Roman" w:hAnsi="Times New Roman" w:cs="Times New Roman"/>
          <w:i/>
          <w:sz w:val="28"/>
          <w:szCs w:val="28"/>
        </w:rPr>
        <w:t xml:space="preserve">                            </w:t>
      </w:r>
      <w:r w:rsidRPr="0086411F">
        <w:rPr>
          <w:rFonts w:ascii="Times New Roman" w:hAnsi="Times New Roman" w:cs="Times New Roman" w:hint="eastAsia"/>
          <w:i/>
          <w:sz w:val="28"/>
          <w:szCs w:val="28"/>
        </w:rPr>
        <w:t>☐</w:t>
      </w:r>
      <w:r w:rsidRPr="0086411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86411F">
        <w:rPr>
          <w:rFonts w:ascii="Times New Roman" w:hAnsi="Times New Roman" w:cs="Times New Roman"/>
          <w:i/>
          <w:sz w:val="28"/>
          <w:szCs w:val="28"/>
        </w:rPr>
        <w:t>Accredito</w:t>
      </w:r>
      <w:proofErr w:type="spellEnd"/>
      <w:r w:rsidRPr="0086411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86411F">
        <w:rPr>
          <w:rFonts w:ascii="Times New Roman" w:hAnsi="Times New Roman" w:cs="Times New Roman"/>
          <w:i/>
          <w:sz w:val="28"/>
          <w:szCs w:val="28"/>
        </w:rPr>
        <w:t>su</w:t>
      </w:r>
      <w:proofErr w:type="spellEnd"/>
      <w:r w:rsidRPr="0086411F">
        <w:rPr>
          <w:rFonts w:ascii="Times New Roman" w:hAnsi="Times New Roman" w:cs="Times New Roman"/>
          <w:i/>
          <w:sz w:val="28"/>
          <w:szCs w:val="28"/>
        </w:rPr>
        <w:t xml:space="preserve"> C/C </w:t>
      </w:r>
      <w:proofErr w:type="spellStart"/>
      <w:r w:rsidRPr="0086411F">
        <w:rPr>
          <w:rFonts w:ascii="Times New Roman" w:hAnsi="Times New Roman" w:cs="Times New Roman"/>
          <w:i/>
          <w:sz w:val="28"/>
          <w:szCs w:val="28"/>
        </w:rPr>
        <w:t>Postale</w:t>
      </w:r>
      <w:proofErr w:type="spellEnd"/>
    </w:p>
    <w:p w14:paraId="13BDE7EB" w14:textId="77777777" w:rsidR="009F3199" w:rsidRPr="00837A80" w:rsidRDefault="00B869CC" w:rsidP="00063FD7">
      <w:pPr>
        <w:jc w:val="center"/>
        <w:rPr>
          <w:rFonts w:ascii="Times New Roman" w:hAnsi="Times New Roman" w:cs="Times New Roman"/>
          <w:sz w:val="28"/>
          <w:szCs w:val="28"/>
        </w:rPr>
      </w:pPr>
      <w:r w:rsidRPr="006564E1">
        <w:rPr>
          <w:rFonts w:ascii="Times New Roman" w:hAnsi="Times New Roman" w:cs="Times New Roman"/>
          <w:sz w:val="28"/>
          <w:szCs w:val="28"/>
        </w:rPr>
        <w:br/>
      </w:r>
      <w:r w:rsidR="00E96AD1">
        <w:rPr>
          <w:rFonts w:ascii="Times New Roman" w:hAnsi="Times New Roman" w:cs="Times New Roman"/>
          <w:b/>
          <w:sz w:val="28"/>
          <w:szCs w:val="28"/>
        </w:rPr>
        <w:t>CHIEDE</w:t>
      </w:r>
    </w:p>
    <w:p w14:paraId="7776DD1D" w14:textId="77777777" w:rsidR="00693998" w:rsidRPr="00063FD7" w:rsidRDefault="00B869CC" w:rsidP="00693998">
      <w:pPr>
        <w:spacing w:after="0" w:line="240" w:lineRule="auto"/>
        <w:ind w:right="-716"/>
        <w:jc w:val="both"/>
        <w:rPr>
          <w:rFonts w:ascii="Times New Roman" w:hAnsi="Times New Roman" w:cs="Times New Roman"/>
          <w:sz w:val="24"/>
          <w:szCs w:val="24"/>
        </w:rPr>
      </w:pPr>
      <w:r w:rsidRPr="00063FD7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Pr="00063FD7">
        <w:rPr>
          <w:rFonts w:ascii="Times New Roman" w:hAnsi="Times New Roman" w:cs="Times New Roman"/>
          <w:sz w:val="24"/>
          <w:szCs w:val="24"/>
        </w:rPr>
        <w:t>essere</w:t>
      </w:r>
      <w:proofErr w:type="spellEnd"/>
      <w:r w:rsidRPr="00063F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3FD7">
        <w:rPr>
          <w:rFonts w:ascii="Times New Roman" w:hAnsi="Times New Roman" w:cs="Times New Roman"/>
          <w:sz w:val="24"/>
          <w:szCs w:val="24"/>
        </w:rPr>
        <w:t>ammesso</w:t>
      </w:r>
      <w:proofErr w:type="spellEnd"/>
      <w:r w:rsidRPr="00063FD7">
        <w:rPr>
          <w:rFonts w:ascii="Times New Roman" w:hAnsi="Times New Roman" w:cs="Times New Roman"/>
          <w:sz w:val="24"/>
          <w:szCs w:val="24"/>
        </w:rPr>
        <w:t xml:space="preserve">/a al </w:t>
      </w:r>
      <w:proofErr w:type="spellStart"/>
      <w:r w:rsidRPr="00063FD7">
        <w:rPr>
          <w:rFonts w:ascii="Times New Roman" w:hAnsi="Times New Roman" w:cs="Times New Roman"/>
          <w:sz w:val="24"/>
          <w:szCs w:val="24"/>
        </w:rPr>
        <w:t>beneficio</w:t>
      </w:r>
      <w:proofErr w:type="spellEnd"/>
      <w:r w:rsidRPr="00063F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3FD7">
        <w:rPr>
          <w:rFonts w:ascii="Times New Roman" w:hAnsi="Times New Roman" w:cs="Times New Roman"/>
          <w:sz w:val="24"/>
          <w:szCs w:val="24"/>
        </w:rPr>
        <w:t>nella</w:t>
      </w:r>
      <w:proofErr w:type="spellEnd"/>
      <w:r w:rsidRPr="00063F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3FD7">
        <w:rPr>
          <w:rFonts w:ascii="Times New Roman" w:hAnsi="Times New Roman" w:cs="Times New Roman"/>
          <w:sz w:val="24"/>
          <w:szCs w:val="24"/>
        </w:rPr>
        <w:t>misura</w:t>
      </w:r>
      <w:proofErr w:type="spellEnd"/>
      <w:r w:rsidRPr="00063F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3FD7">
        <w:rPr>
          <w:rFonts w:ascii="Times New Roman" w:hAnsi="Times New Roman" w:cs="Times New Roman"/>
          <w:sz w:val="24"/>
          <w:szCs w:val="24"/>
        </w:rPr>
        <w:t>determinata</w:t>
      </w:r>
      <w:proofErr w:type="spellEnd"/>
      <w:r w:rsidRPr="00063FD7">
        <w:rPr>
          <w:rFonts w:ascii="Times New Roman" w:hAnsi="Times New Roman" w:cs="Times New Roman"/>
          <w:sz w:val="24"/>
          <w:szCs w:val="24"/>
        </w:rPr>
        <w:t xml:space="preserve"> dal </w:t>
      </w:r>
      <w:proofErr w:type="spellStart"/>
      <w:r w:rsidRPr="00063FD7">
        <w:rPr>
          <w:rFonts w:ascii="Times New Roman" w:hAnsi="Times New Roman" w:cs="Times New Roman"/>
          <w:sz w:val="24"/>
          <w:szCs w:val="24"/>
        </w:rPr>
        <w:t>Dipartimento</w:t>
      </w:r>
      <w:proofErr w:type="spellEnd"/>
      <w:r w:rsidRPr="00063F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3FD7">
        <w:rPr>
          <w:rFonts w:ascii="Times New Roman" w:hAnsi="Times New Roman" w:cs="Times New Roman"/>
          <w:sz w:val="24"/>
          <w:szCs w:val="24"/>
        </w:rPr>
        <w:t>Istruzione</w:t>
      </w:r>
      <w:proofErr w:type="spellEnd"/>
      <w:r w:rsidRPr="00063FD7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063FD7">
        <w:rPr>
          <w:rFonts w:ascii="Times New Roman" w:hAnsi="Times New Roman" w:cs="Times New Roman"/>
          <w:sz w:val="24"/>
          <w:szCs w:val="24"/>
        </w:rPr>
        <w:t>Diritto</w:t>
      </w:r>
      <w:proofErr w:type="spellEnd"/>
      <w:r w:rsidRPr="00063F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3FD7">
        <w:rPr>
          <w:rFonts w:ascii="Times New Roman" w:hAnsi="Times New Roman" w:cs="Times New Roman"/>
          <w:sz w:val="24"/>
          <w:szCs w:val="24"/>
        </w:rPr>
        <w:t>allo</w:t>
      </w:r>
      <w:proofErr w:type="spellEnd"/>
      <w:r w:rsidRPr="00063FD7">
        <w:rPr>
          <w:rFonts w:ascii="Times New Roman" w:hAnsi="Times New Roman" w:cs="Times New Roman"/>
          <w:sz w:val="24"/>
          <w:szCs w:val="24"/>
        </w:rPr>
        <w:t xml:space="preserve"> Studio della </w:t>
      </w:r>
      <w:proofErr w:type="spellStart"/>
      <w:r w:rsidRPr="00063FD7">
        <w:rPr>
          <w:rFonts w:ascii="Times New Roman" w:hAnsi="Times New Roman" w:cs="Times New Roman"/>
          <w:sz w:val="24"/>
          <w:szCs w:val="24"/>
        </w:rPr>
        <w:t>Regione</w:t>
      </w:r>
      <w:proofErr w:type="spellEnd"/>
      <w:r w:rsidRPr="00063FD7">
        <w:rPr>
          <w:rFonts w:ascii="Times New Roman" w:hAnsi="Times New Roman" w:cs="Times New Roman"/>
          <w:sz w:val="24"/>
          <w:szCs w:val="24"/>
        </w:rPr>
        <w:t xml:space="preserve"> Cala</w:t>
      </w:r>
      <w:r w:rsidR="00693998" w:rsidRPr="00063FD7">
        <w:rPr>
          <w:rFonts w:ascii="Times New Roman" w:hAnsi="Times New Roman" w:cs="Times New Roman"/>
          <w:sz w:val="24"/>
          <w:szCs w:val="24"/>
        </w:rPr>
        <w:t xml:space="preserve">bria, per </w:t>
      </w:r>
      <w:proofErr w:type="spellStart"/>
      <w:r w:rsidR="00693998" w:rsidRPr="00063FD7">
        <w:rPr>
          <w:rFonts w:ascii="Times New Roman" w:hAnsi="Times New Roman" w:cs="Times New Roman"/>
          <w:sz w:val="24"/>
          <w:szCs w:val="24"/>
        </w:rPr>
        <w:t>l’anno</w:t>
      </w:r>
      <w:proofErr w:type="spellEnd"/>
      <w:r w:rsidR="00693998" w:rsidRPr="00063F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3998" w:rsidRPr="00063FD7">
        <w:rPr>
          <w:rFonts w:ascii="Times New Roman" w:hAnsi="Times New Roman" w:cs="Times New Roman"/>
          <w:sz w:val="24"/>
          <w:szCs w:val="24"/>
        </w:rPr>
        <w:t>scolastico</w:t>
      </w:r>
      <w:proofErr w:type="spellEnd"/>
      <w:r w:rsidR="00693998" w:rsidRPr="00063FD7">
        <w:rPr>
          <w:rFonts w:ascii="Times New Roman" w:hAnsi="Times New Roman" w:cs="Times New Roman"/>
          <w:sz w:val="24"/>
          <w:szCs w:val="24"/>
        </w:rPr>
        <w:t xml:space="preserve"> </w:t>
      </w:r>
      <w:r w:rsidR="003F631B">
        <w:rPr>
          <w:rFonts w:ascii="Times New Roman" w:hAnsi="Times New Roman" w:cs="Times New Roman"/>
          <w:b/>
          <w:sz w:val="24"/>
          <w:szCs w:val="24"/>
        </w:rPr>
        <w:t>2026/2027</w:t>
      </w:r>
      <w:r w:rsidRPr="00063FD7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063FD7">
        <w:rPr>
          <w:rFonts w:ascii="Times New Roman" w:hAnsi="Times New Roman" w:cs="Times New Roman"/>
          <w:sz w:val="24"/>
          <w:szCs w:val="24"/>
        </w:rPr>
        <w:t>sé</w:t>
      </w:r>
      <w:proofErr w:type="spellEnd"/>
      <w:r w:rsidRPr="00063F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3FD7">
        <w:rPr>
          <w:rFonts w:ascii="Times New Roman" w:hAnsi="Times New Roman" w:cs="Times New Roman"/>
          <w:sz w:val="24"/>
          <w:szCs w:val="24"/>
        </w:rPr>
        <w:t>ovvero</w:t>
      </w:r>
      <w:proofErr w:type="spellEnd"/>
      <w:r w:rsidRPr="00063F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3FD7">
        <w:rPr>
          <w:rFonts w:ascii="Times New Roman" w:hAnsi="Times New Roman" w:cs="Times New Roman"/>
          <w:sz w:val="24"/>
          <w:szCs w:val="24"/>
        </w:rPr>
        <w:t>nella</w:t>
      </w:r>
      <w:proofErr w:type="spellEnd"/>
      <w:r w:rsidRPr="00063F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3FD7">
        <w:rPr>
          <w:rFonts w:ascii="Times New Roman" w:hAnsi="Times New Roman" w:cs="Times New Roman"/>
          <w:sz w:val="24"/>
          <w:szCs w:val="24"/>
        </w:rPr>
        <w:t>sua</w:t>
      </w:r>
      <w:proofErr w:type="spellEnd"/>
      <w:r w:rsidRPr="00063F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3FD7">
        <w:rPr>
          <w:rFonts w:ascii="Times New Roman" w:hAnsi="Times New Roman" w:cs="Times New Roman"/>
          <w:sz w:val="24"/>
          <w:szCs w:val="24"/>
        </w:rPr>
        <w:t>qualità</w:t>
      </w:r>
      <w:proofErr w:type="spellEnd"/>
      <w:r w:rsidRPr="00063FD7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063FD7">
        <w:rPr>
          <w:rFonts w:ascii="Times New Roman" w:hAnsi="Times New Roman" w:cs="Times New Roman"/>
          <w:sz w:val="24"/>
          <w:szCs w:val="24"/>
        </w:rPr>
        <w:t>eserc</w:t>
      </w:r>
      <w:r w:rsidR="0086411F" w:rsidRPr="00063FD7">
        <w:rPr>
          <w:rFonts w:ascii="Times New Roman" w:hAnsi="Times New Roman" w:cs="Times New Roman"/>
          <w:sz w:val="24"/>
          <w:szCs w:val="24"/>
        </w:rPr>
        <w:t>ente</w:t>
      </w:r>
      <w:proofErr w:type="spellEnd"/>
      <w:r w:rsidR="0086411F" w:rsidRPr="00063FD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86411F" w:rsidRPr="00063FD7">
        <w:rPr>
          <w:rFonts w:ascii="Times New Roman" w:hAnsi="Times New Roman" w:cs="Times New Roman"/>
          <w:sz w:val="24"/>
          <w:szCs w:val="24"/>
        </w:rPr>
        <w:t>potestà</w:t>
      </w:r>
      <w:proofErr w:type="spellEnd"/>
      <w:r w:rsidR="0086411F" w:rsidRPr="00063F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411F" w:rsidRPr="00063FD7">
        <w:rPr>
          <w:rFonts w:ascii="Times New Roman" w:hAnsi="Times New Roman" w:cs="Times New Roman"/>
          <w:sz w:val="24"/>
          <w:szCs w:val="24"/>
        </w:rPr>
        <w:t>genitoriale</w:t>
      </w:r>
      <w:proofErr w:type="spellEnd"/>
      <w:r w:rsidR="0086411F" w:rsidRPr="00063F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411F" w:rsidRPr="00063FD7">
        <w:rPr>
          <w:rFonts w:ascii="Times New Roman" w:hAnsi="Times New Roman" w:cs="Times New Roman"/>
          <w:sz w:val="24"/>
          <w:szCs w:val="24"/>
        </w:rPr>
        <w:t>sul</w:t>
      </w:r>
      <w:proofErr w:type="spellEnd"/>
      <w:r w:rsidR="0086411F" w:rsidRPr="00063FD7">
        <w:rPr>
          <w:rFonts w:ascii="Times New Roman" w:hAnsi="Times New Roman" w:cs="Times New Roman"/>
          <w:sz w:val="24"/>
          <w:szCs w:val="24"/>
        </w:rPr>
        <w:t>/</w:t>
      </w:r>
      <w:r w:rsidRPr="00063FD7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063FD7">
        <w:rPr>
          <w:rFonts w:ascii="Times New Roman" w:hAnsi="Times New Roman" w:cs="Times New Roman"/>
          <w:sz w:val="24"/>
          <w:szCs w:val="24"/>
        </w:rPr>
        <w:t>figlio</w:t>
      </w:r>
      <w:proofErr w:type="spellEnd"/>
      <w:r w:rsidRPr="00063FD7">
        <w:rPr>
          <w:rFonts w:ascii="Times New Roman" w:hAnsi="Times New Roman" w:cs="Times New Roman"/>
          <w:sz w:val="24"/>
          <w:szCs w:val="24"/>
        </w:rPr>
        <w:t>/a</w:t>
      </w:r>
      <w:r w:rsidR="0086411F" w:rsidRPr="00063F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411F" w:rsidRPr="00063FD7">
        <w:rPr>
          <w:rFonts w:ascii="Times New Roman" w:hAnsi="Times New Roman" w:cs="Times New Roman"/>
          <w:sz w:val="24"/>
          <w:szCs w:val="24"/>
        </w:rPr>
        <w:t>minore</w:t>
      </w:r>
      <w:proofErr w:type="spellEnd"/>
      <w:r w:rsidR="0086411F" w:rsidRPr="00063FD7">
        <w:rPr>
          <w:rFonts w:ascii="Times New Roman" w:hAnsi="Times New Roman" w:cs="Times New Roman"/>
          <w:sz w:val="24"/>
          <w:szCs w:val="24"/>
        </w:rPr>
        <w:t>:</w:t>
      </w:r>
    </w:p>
    <w:p w14:paraId="260D8AF6" w14:textId="77777777" w:rsidR="003F631B" w:rsidRDefault="003F631B" w:rsidP="00693998">
      <w:pPr>
        <w:spacing w:after="0" w:line="240" w:lineRule="auto"/>
        <w:ind w:right="-716"/>
        <w:jc w:val="both"/>
        <w:rPr>
          <w:rFonts w:ascii="Times New Roman" w:hAnsi="Times New Roman" w:cs="Times New Roman"/>
          <w:b/>
        </w:rPr>
      </w:pPr>
    </w:p>
    <w:p w14:paraId="7098C8B8" w14:textId="77777777" w:rsidR="009F3199" w:rsidRDefault="00B869CC" w:rsidP="00693998">
      <w:pPr>
        <w:spacing w:after="0" w:line="240" w:lineRule="auto"/>
        <w:ind w:right="-716"/>
        <w:jc w:val="both"/>
        <w:rPr>
          <w:rFonts w:ascii="Times New Roman" w:hAnsi="Times New Roman" w:cs="Times New Roman"/>
          <w:b/>
        </w:rPr>
      </w:pPr>
      <w:proofErr w:type="spellStart"/>
      <w:r w:rsidRPr="00693998">
        <w:rPr>
          <w:rFonts w:ascii="Times New Roman" w:hAnsi="Times New Roman" w:cs="Times New Roman"/>
          <w:b/>
        </w:rPr>
        <w:t>Generalità</w:t>
      </w:r>
      <w:proofErr w:type="spellEnd"/>
      <w:r w:rsidRPr="00693998">
        <w:rPr>
          <w:rFonts w:ascii="Times New Roman" w:hAnsi="Times New Roman" w:cs="Times New Roman"/>
          <w:b/>
        </w:rPr>
        <w:t xml:space="preserve"> </w:t>
      </w:r>
      <w:proofErr w:type="spellStart"/>
      <w:r w:rsidRPr="00693998">
        <w:rPr>
          <w:rFonts w:ascii="Times New Roman" w:hAnsi="Times New Roman" w:cs="Times New Roman"/>
          <w:b/>
        </w:rPr>
        <w:t>dello</w:t>
      </w:r>
      <w:proofErr w:type="spellEnd"/>
      <w:r w:rsidRPr="00693998">
        <w:rPr>
          <w:rFonts w:ascii="Times New Roman" w:hAnsi="Times New Roman" w:cs="Times New Roman"/>
          <w:b/>
        </w:rPr>
        <w:t xml:space="preserve"> </w:t>
      </w:r>
      <w:proofErr w:type="spellStart"/>
      <w:r w:rsidRPr="00693998">
        <w:rPr>
          <w:rFonts w:ascii="Times New Roman" w:hAnsi="Times New Roman" w:cs="Times New Roman"/>
          <w:b/>
        </w:rPr>
        <w:t>studente</w:t>
      </w:r>
      <w:proofErr w:type="spellEnd"/>
      <w:r w:rsidRPr="00693998">
        <w:rPr>
          <w:rFonts w:ascii="Times New Roman" w:hAnsi="Times New Roman" w:cs="Times New Roman"/>
          <w:b/>
        </w:rPr>
        <w:t xml:space="preserve"> </w:t>
      </w:r>
      <w:proofErr w:type="spellStart"/>
      <w:r w:rsidRPr="00693998">
        <w:rPr>
          <w:rFonts w:ascii="Times New Roman" w:hAnsi="Times New Roman" w:cs="Times New Roman"/>
          <w:b/>
        </w:rPr>
        <w:t>destinatario</w:t>
      </w:r>
      <w:proofErr w:type="spellEnd"/>
    </w:p>
    <w:p w14:paraId="30593461" w14:textId="77777777" w:rsidR="00693998" w:rsidRPr="00693998" w:rsidRDefault="00693998" w:rsidP="00693998">
      <w:pPr>
        <w:spacing w:after="0" w:line="240" w:lineRule="auto"/>
        <w:ind w:right="-716"/>
        <w:jc w:val="both"/>
        <w:rPr>
          <w:rFonts w:ascii="Times New Roman" w:hAnsi="Times New Roman" w:cs="Times New Roman"/>
          <w:b/>
        </w:rPr>
      </w:pP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4928"/>
        <w:gridCol w:w="5103"/>
      </w:tblGrid>
      <w:tr w:rsidR="009F3199" w:rsidRPr="006564E1" w14:paraId="6FF5B491" w14:textId="77777777" w:rsidTr="00693998">
        <w:tc>
          <w:tcPr>
            <w:tcW w:w="4928" w:type="dxa"/>
          </w:tcPr>
          <w:p w14:paraId="693B38B0" w14:textId="77777777" w:rsidR="009F3199" w:rsidRPr="001A1A6E" w:rsidRDefault="00B869CC" w:rsidP="006564E1">
            <w:pPr>
              <w:jc w:val="both"/>
              <w:rPr>
                <w:rFonts w:ascii="Times New Roman" w:hAnsi="Times New Roman" w:cs="Times New Roman"/>
              </w:rPr>
            </w:pPr>
            <w:r w:rsidRPr="001A1A6E">
              <w:rPr>
                <w:rFonts w:ascii="Times New Roman" w:hAnsi="Times New Roman" w:cs="Times New Roman"/>
              </w:rPr>
              <w:t>COGNOME</w:t>
            </w:r>
          </w:p>
        </w:tc>
        <w:tc>
          <w:tcPr>
            <w:tcW w:w="5103" w:type="dxa"/>
          </w:tcPr>
          <w:p w14:paraId="1FFAB4C5" w14:textId="77777777" w:rsidR="009F3199" w:rsidRPr="001A1A6E" w:rsidRDefault="00B869CC" w:rsidP="006564E1">
            <w:pPr>
              <w:jc w:val="both"/>
              <w:rPr>
                <w:rFonts w:ascii="Times New Roman" w:hAnsi="Times New Roman" w:cs="Times New Roman"/>
              </w:rPr>
            </w:pPr>
            <w:r w:rsidRPr="001A1A6E">
              <w:rPr>
                <w:rFonts w:ascii="Times New Roman" w:hAnsi="Times New Roman" w:cs="Times New Roman"/>
              </w:rPr>
              <w:t>NOME</w:t>
            </w:r>
          </w:p>
        </w:tc>
      </w:tr>
      <w:tr w:rsidR="009F3199" w:rsidRPr="006564E1" w14:paraId="6855447B" w14:textId="77777777" w:rsidTr="00693998">
        <w:tc>
          <w:tcPr>
            <w:tcW w:w="4928" w:type="dxa"/>
          </w:tcPr>
          <w:p w14:paraId="401D180F" w14:textId="77777777" w:rsidR="009F3199" w:rsidRPr="001A1A6E" w:rsidRDefault="00B869CC" w:rsidP="006564E1">
            <w:pPr>
              <w:jc w:val="both"/>
              <w:rPr>
                <w:rFonts w:ascii="Times New Roman" w:hAnsi="Times New Roman" w:cs="Times New Roman"/>
              </w:rPr>
            </w:pPr>
            <w:r w:rsidRPr="001A1A6E">
              <w:rPr>
                <w:rFonts w:ascii="Times New Roman" w:hAnsi="Times New Roman" w:cs="Times New Roman"/>
              </w:rPr>
              <w:t>LUOGO di NASCITA</w:t>
            </w:r>
          </w:p>
        </w:tc>
        <w:tc>
          <w:tcPr>
            <w:tcW w:w="5103" w:type="dxa"/>
          </w:tcPr>
          <w:p w14:paraId="3730DB2E" w14:textId="77777777" w:rsidR="009F3199" w:rsidRPr="001A1A6E" w:rsidRDefault="00B869CC" w:rsidP="006564E1">
            <w:pPr>
              <w:jc w:val="both"/>
              <w:rPr>
                <w:rFonts w:ascii="Times New Roman" w:hAnsi="Times New Roman" w:cs="Times New Roman"/>
              </w:rPr>
            </w:pPr>
            <w:r w:rsidRPr="001A1A6E">
              <w:rPr>
                <w:rFonts w:ascii="Times New Roman" w:hAnsi="Times New Roman" w:cs="Times New Roman"/>
              </w:rPr>
              <w:t>DATA di NASCITA</w:t>
            </w:r>
          </w:p>
        </w:tc>
      </w:tr>
      <w:tr w:rsidR="009F3199" w:rsidRPr="006564E1" w14:paraId="7C92FED1" w14:textId="77777777" w:rsidTr="00693998">
        <w:tc>
          <w:tcPr>
            <w:tcW w:w="4928" w:type="dxa"/>
          </w:tcPr>
          <w:p w14:paraId="2A311B8B" w14:textId="77777777" w:rsidR="009F3199" w:rsidRPr="001A1A6E" w:rsidRDefault="00B869CC" w:rsidP="006564E1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A1A6E">
              <w:rPr>
                <w:rFonts w:ascii="Times New Roman" w:hAnsi="Times New Roman" w:cs="Times New Roman"/>
              </w:rPr>
              <w:t>Fre</w:t>
            </w:r>
            <w:r w:rsidR="003F631B">
              <w:rPr>
                <w:rFonts w:ascii="Times New Roman" w:hAnsi="Times New Roman" w:cs="Times New Roman"/>
              </w:rPr>
              <w:t>quentante</w:t>
            </w:r>
            <w:proofErr w:type="spellEnd"/>
            <w:r w:rsidR="003F63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F631B">
              <w:rPr>
                <w:rFonts w:ascii="Times New Roman" w:hAnsi="Times New Roman" w:cs="Times New Roman"/>
              </w:rPr>
              <w:t>nel</w:t>
            </w:r>
            <w:proofErr w:type="spellEnd"/>
            <w:r w:rsidR="003F63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F631B">
              <w:rPr>
                <w:rFonts w:ascii="Times New Roman" w:hAnsi="Times New Roman" w:cs="Times New Roman"/>
              </w:rPr>
              <w:t>corrente</w:t>
            </w:r>
            <w:proofErr w:type="spellEnd"/>
            <w:r w:rsidR="003F63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F631B">
              <w:rPr>
                <w:rFonts w:ascii="Times New Roman" w:hAnsi="Times New Roman" w:cs="Times New Roman"/>
              </w:rPr>
              <w:t>a.s.</w:t>
            </w:r>
            <w:proofErr w:type="spellEnd"/>
            <w:r w:rsidR="003F631B">
              <w:rPr>
                <w:rFonts w:ascii="Times New Roman" w:hAnsi="Times New Roman" w:cs="Times New Roman"/>
              </w:rPr>
              <w:t xml:space="preserve"> 2026/2027</w:t>
            </w:r>
            <w:r w:rsidRPr="001A1A6E">
              <w:rPr>
                <w:rFonts w:ascii="Times New Roman" w:hAnsi="Times New Roman" w:cs="Times New Roman"/>
              </w:rPr>
              <w:t xml:space="preserve"> la Classe</w:t>
            </w:r>
          </w:p>
        </w:tc>
        <w:tc>
          <w:tcPr>
            <w:tcW w:w="5103" w:type="dxa"/>
          </w:tcPr>
          <w:p w14:paraId="38FA7CD0" w14:textId="77777777" w:rsidR="009F3199" w:rsidRPr="001A1A6E" w:rsidRDefault="00B869CC" w:rsidP="00837A80">
            <w:pPr>
              <w:jc w:val="both"/>
              <w:rPr>
                <w:rFonts w:ascii="Times New Roman" w:hAnsi="Times New Roman" w:cs="Times New Roman"/>
              </w:rPr>
            </w:pPr>
            <w:r w:rsidRPr="001A1A6E">
              <w:rPr>
                <w:rFonts w:ascii="MS Mincho" w:eastAsia="MS Mincho" w:hAnsi="MS Mincho" w:cs="MS Mincho" w:hint="eastAsia"/>
              </w:rPr>
              <w:t>☐</w:t>
            </w:r>
            <w:r w:rsidRPr="001A1A6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1A1A6E">
              <w:rPr>
                <w:rFonts w:ascii="Times New Roman" w:hAnsi="Times New Roman" w:cs="Times New Roman"/>
              </w:rPr>
              <w:t xml:space="preserve">1  </w:t>
            </w:r>
            <w:r w:rsidRPr="001A1A6E">
              <w:rPr>
                <w:rFonts w:ascii="MS Mincho" w:eastAsia="MS Mincho" w:hAnsi="MS Mincho" w:cs="MS Mincho" w:hint="eastAsia"/>
              </w:rPr>
              <w:t>☐</w:t>
            </w:r>
            <w:proofErr w:type="gramEnd"/>
            <w:r w:rsidRPr="001A1A6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1A1A6E">
              <w:rPr>
                <w:rFonts w:ascii="Times New Roman" w:hAnsi="Times New Roman" w:cs="Times New Roman"/>
              </w:rPr>
              <w:t xml:space="preserve">2  </w:t>
            </w:r>
            <w:r w:rsidRPr="001A1A6E">
              <w:rPr>
                <w:rFonts w:ascii="MS Mincho" w:eastAsia="MS Mincho" w:hAnsi="MS Mincho" w:cs="MS Mincho" w:hint="eastAsia"/>
              </w:rPr>
              <w:t>☐</w:t>
            </w:r>
            <w:proofErr w:type="gramEnd"/>
            <w:r w:rsidR="00837A80" w:rsidRPr="001A1A6E">
              <w:rPr>
                <w:rFonts w:ascii="Times New Roman" w:hAnsi="Times New Roman" w:cs="Times New Roman"/>
              </w:rPr>
              <w:t xml:space="preserve"> 3</w:t>
            </w:r>
          </w:p>
        </w:tc>
      </w:tr>
    </w:tbl>
    <w:p w14:paraId="2E468E2A" w14:textId="77777777" w:rsidR="003F631B" w:rsidRDefault="003F631B" w:rsidP="00837A8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3C8AD02" w14:textId="77777777" w:rsidR="003F631B" w:rsidRDefault="00B869CC" w:rsidP="00837A80">
      <w:pPr>
        <w:jc w:val="both"/>
        <w:rPr>
          <w:rFonts w:ascii="Times New Roman" w:hAnsi="Times New Roman" w:cs="Times New Roman"/>
          <w:sz w:val="28"/>
          <w:szCs w:val="28"/>
        </w:rPr>
      </w:pPr>
      <w:r w:rsidRPr="006564E1">
        <w:rPr>
          <w:rFonts w:ascii="Times New Roman" w:hAnsi="Times New Roman" w:cs="Times New Roman"/>
          <w:sz w:val="28"/>
          <w:szCs w:val="28"/>
        </w:rPr>
        <w:t>ISTITUTO</w:t>
      </w:r>
    </w:p>
    <w:p w14:paraId="24A21812" w14:textId="77777777" w:rsidR="00837A80" w:rsidRDefault="00B869CC" w:rsidP="00837A80">
      <w:pPr>
        <w:jc w:val="both"/>
        <w:rPr>
          <w:rFonts w:ascii="Times New Roman" w:hAnsi="Times New Roman" w:cs="Times New Roman"/>
          <w:sz w:val="28"/>
          <w:szCs w:val="28"/>
        </w:rPr>
      </w:pPr>
      <w:r w:rsidRPr="006564E1">
        <w:rPr>
          <w:rFonts w:ascii="Times New Roman" w:hAnsi="Times New Roman" w:cs="Times New Roman"/>
          <w:sz w:val="28"/>
          <w:szCs w:val="28"/>
        </w:rPr>
        <w:t xml:space="preserve">Scuola </w:t>
      </w:r>
      <w:proofErr w:type="spellStart"/>
      <w:r w:rsidR="00837A80">
        <w:rPr>
          <w:rFonts w:ascii="Times New Roman" w:hAnsi="Times New Roman" w:cs="Times New Roman"/>
          <w:sz w:val="28"/>
          <w:szCs w:val="28"/>
        </w:rPr>
        <w:t>secondaria</w:t>
      </w:r>
      <w:proofErr w:type="spellEnd"/>
      <w:r w:rsidR="00837A80">
        <w:rPr>
          <w:rFonts w:ascii="Times New Roman" w:hAnsi="Times New Roman" w:cs="Times New Roman"/>
          <w:sz w:val="28"/>
          <w:szCs w:val="28"/>
        </w:rPr>
        <w:t xml:space="preserve"> di 1° </w:t>
      </w:r>
      <w:proofErr w:type="spellStart"/>
      <w:r w:rsidR="00837A80">
        <w:rPr>
          <w:rFonts w:ascii="Times New Roman" w:hAnsi="Times New Roman" w:cs="Times New Roman"/>
          <w:sz w:val="28"/>
          <w:szCs w:val="28"/>
        </w:rPr>
        <w:t>grado</w:t>
      </w:r>
      <w:proofErr w:type="spellEnd"/>
      <w:r w:rsidR="001A1A6E">
        <w:rPr>
          <w:rFonts w:ascii="Times New Roman" w:hAnsi="Times New Roman" w:cs="Times New Roman"/>
          <w:sz w:val="28"/>
          <w:szCs w:val="28"/>
        </w:rPr>
        <w:t xml:space="preserve"> di </w:t>
      </w:r>
      <w:proofErr w:type="spellStart"/>
      <w:r w:rsidR="001A1A6E">
        <w:rPr>
          <w:rFonts w:ascii="Times New Roman" w:hAnsi="Times New Roman" w:cs="Times New Roman"/>
          <w:sz w:val="28"/>
          <w:szCs w:val="28"/>
        </w:rPr>
        <w:t>Zambrone</w:t>
      </w:r>
      <w:proofErr w:type="spellEnd"/>
      <w:r w:rsidR="00837A80">
        <w:rPr>
          <w:rFonts w:ascii="Times New Roman" w:hAnsi="Times New Roman" w:cs="Times New Roman"/>
          <w:sz w:val="28"/>
          <w:szCs w:val="28"/>
        </w:rPr>
        <w:t>;</w:t>
      </w:r>
    </w:p>
    <w:p w14:paraId="7982250E" w14:textId="77777777" w:rsidR="0086411F" w:rsidRDefault="003F631B" w:rsidP="00864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631B">
        <w:rPr>
          <w:rFonts w:ascii="Times New Roman" w:hAnsi="Times New Roman" w:cs="Times New Roman"/>
          <w:b/>
          <w:sz w:val="28"/>
          <w:szCs w:val="28"/>
        </w:rPr>
        <w:lastRenderedPageBreak/>
        <w:t>DICHIARA</w:t>
      </w:r>
    </w:p>
    <w:p w14:paraId="10D484F9" w14:textId="77777777" w:rsidR="003F631B" w:rsidRPr="003F631B" w:rsidRDefault="003F631B" w:rsidP="00864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FDF3BD" w14:textId="77777777" w:rsidR="00837A80" w:rsidRPr="00063FD7" w:rsidRDefault="003F631B" w:rsidP="0086411F">
      <w:pPr>
        <w:spacing w:after="0" w:line="240" w:lineRule="auto"/>
        <w:ind w:right="-71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di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essere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7A80" w:rsidRPr="00063FD7">
        <w:rPr>
          <w:rFonts w:ascii="Times New Roman" w:hAnsi="Times New Roman" w:cs="Times New Roman"/>
          <w:b/>
          <w:sz w:val="24"/>
          <w:szCs w:val="24"/>
        </w:rPr>
        <w:t>a</w:t>
      </w:r>
      <w:r w:rsidR="00B869CC" w:rsidRPr="00063FD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869CC" w:rsidRPr="00063FD7">
        <w:rPr>
          <w:rFonts w:ascii="Times New Roman" w:hAnsi="Times New Roman" w:cs="Times New Roman"/>
          <w:b/>
          <w:sz w:val="24"/>
          <w:szCs w:val="24"/>
        </w:rPr>
        <w:t>conoscenza</w:t>
      </w:r>
      <w:proofErr w:type="spellEnd"/>
      <w:r w:rsidR="00B869CC" w:rsidRPr="00063FD7">
        <w:rPr>
          <w:rFonts w:ascii="Times New Roman" w:hAnsi="Times New Roman" w:cs="Times New Roman"/>
          <w:b/>
          <w:sz w:val="24"/>
          <w:szCs w:val="24"/>
        </w:rPr>
        <w:t xml:space="preserve"> di </w:t>
      </w:r>
      <w:proofErr w:type="spellStart"/>
      <w:r w:rsidR="00B869CC" w:rsidRPr="00063FD7">
        <w:rPr>
          <w:rFonts w:ascii="Times New Roman" w:hAnsi="Times New Roman" w:cs="Times New Roman"/>
          <w:b/>
          <w:sz w:val="24"/>
          <w:szCs w:val="24"/>
        </w:rPr>
        <w:t>quanto</w:t>
      </w:r>
      <w:proofErr w:type="spellEnd"/>
      <w:r w:rsidR="00B869CC" w:rsidRPr="00063FD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869CC" w:rsidRPr="00063FD7">
        <w:rPr>
          <w:rFonts w:ascii="Times New Roman" w:hAnsi="Times New Roman" w:cs="Times New Roman"/>
          <w:b/>
          <w:sz w:val="24"/>
          <w:szCs w:val="24"/>
        </w:rPr>
        <w:t>prescritto</w:t>
      </w:r>
      <w:proofErr w:type="spellEnd"/>
      <w:r w:rsidR="00B869CC" w:rsidRPr="00063FD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869CC" w:rsidRPr="00063FD7">
        <w:rPr>
          <w:rFonts w:ascii="Times New Roman" w:hAnsi="Times New Roman" w:cs="Times New Roman"/>
          <w:b/>
          <w:sz w:val="24"/>
          <w:szCs w:val="24"/>
        </w:rPr>
        <w:t>dagli</w:t>
      </w:r>
      <w:proofErr w:type="spellEnd"/>
      <w:r w:rsidR="00B869CC" w:rsidRPr="00063FD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869CC" w:rsidRPr="00063FD7">
        <w:rPr>
          <w:rFonts w:ascii="Times New Roman" w:hAnsi="Times New Roman" w:cs="Times New Roman"/>
          <w:b/>
          <w:sz w:val="24"/>
          <w:szCs w:val="24"/>
        </w:rPr>
        <w:t>articoli</w:t>
      </w:r>
      <w:proofErr w:type="spellEnd"/>
      <w:r w:rsidR="00B869CC" w:rsidRPr="00063FD7">
        <w:rPr>
          <w:rFonts w:ascii="Times New Roman" w:hAnsi="Times New Roman" w:cs="Times New Roman"/>
          <w:b/>
          <w:sz w:val="24"/>
          <w:szCs w:val="24"/>
        </w:rPr>
        <w:t xml:space="preserve"> 71 e 76 del D.P.R. n.</w:t>
      </w:r>
      <w:r w:rsidR="00837A80" w:rsidRPr="00063F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69CC" w:rsidRPr="00063FD7">
        <w:rPr>
          <w:rFonts w:ascii="Times New Roman" w:hAnsi="Times New Roman" w:cs="Times New Roman"/>
          <w:b/>
          <w:sz w:val="24"/>
          <w:szCs w:val="24"/>
        </w:rPr>
        <w:t xml:space="preserve">445/2000 e </w:t>
      </w:r>
      <w:proofErr w:type="spellStart"/>
      <w:r w:rsidR="00B869CC" w:rsidRPr="00063FD7">
        <w:rPr>
          <w:rFonts w:ascii="Times New Roman" w:hAnsi="Times New Roman" w:cs="Times New Roman"/>
          <w:b/>
          <w:sz w:val="24"/>
          <w:szCs w:val="24"/>
        </w:rPr>
        <w:t>consapevole</w:t>
      </w:r>
      <w:proofErr w:type="spellEnd"/>
      <w:r w:rsidR="00B869CC" w:rsidRPr="00063FD7">
        <w:rPr>
          <w:rFonts w:ascii="Times New Roman" w:hAnsi="Times New Roman" w:cs="Times New Roman"/>
          <w:b/>
          <w:sz w:val="24"/>
          <w:szCs w:val="24"/>
        </w:rPr>
        <w:t xml:space="preserve"> delle </w:t>
      </w:r>
      <w:proofErr w:type="spellStart"/>
      <w:r w:rsidR="00B869CC" w:rsidRPr="00063FD7">
        <w:rPr>
          <w:rFonts w:ascii="Times New Roman" w:hAnsi="Times New Roman" w:cs="Times New Roman"/>
          <w:b/>
          <w:sz w:val="24"/>
          <w:szCs w:val="24"/>
        </w:rPr>
        <w:t>pene</w:t>
      </w:r>
      <w:proofErr w:type="spellEnd"/>
      <w:r w:rsidR="00B869CC" w:rsidRPr="00063FD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869CC" w:rsidRPr="00063FD7">
        <w:rPr>
          <w:rFonts w:ascii="Times New Roman" w:hAnsi="Times New Roman" w:cs="Times New Roman"/>
          <w:b/>
          <w:sz w:val="24"/>
          <w:szCs w:val="24"/>
        </w:rPr>
        <w:t>previste</w:t>
      </w:r>
      <w:proofErr w:type="spellEnd"/>
      <w:r w:rsidR="00B869CC" w:rsidRPr="00063FD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869CC" w:rsidRPr="00063FD7">
        <w:rPr>
          <w:rFonts w:ascii="Times New Roman" w:hAnsi="Times New Roman" w:cs="Times New Roman"/>
          <w:b/>
          <w:sz w:val="24"/>
          <w:szCs w:val="24"/>
        </w:rPr>
        <w:t>dall’art</w:t>
      </w:r>
      <w:proofErr w:type="spellEnd"/>
      <w:r w:rsidR="00B869CC" w:rsidRPr="00063FD7">
        <w:rPr>
          <w:rFonts w:ascii="Times New Roman" w:hAnsi="Times New Roman" w:cs="Times New Roman"/>
          <w:b/>
          <w:sz w:val="24"/>
          <w:szCs w:val="24"/>
        </w:rPr>
        <w:t>.</w:t>
      </w:r>
      <w:r w:rsidR="00837A80" w:rsidRPr="00063F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69CC" w:rsidRPr="00063FD7">
        <w:rPr>
          <w:rFonts w:ascii="Times New Roman" w:hAnsi="Times New Roman" w:cs="Times New Roman"/>
          <w:b/>
          <w:sz w:val="24"/>
          <w:szCs w:val="24"/>
        </w:rPr>
        <w:t xml:space="preserve">496 </w:t>
      </w:r>
      <w:proofErr w:type="spellStart"/>
      <w:r w:rsidR="00B869CC" w:rsidRPr="00063FD7">
        <w:rPr>
          <w:rFonts w:ascii="Times New Roman" w:hAnsi="Times New Roman" w:cs="Times New Roman"/>
          <w:b/>
          <w:sz w:val="24"/>
          <w:szCs w:val="24"/>
        </w:rPr>
        <w:t>c.p.</w:t>
      </w:r>
      <w:proofErr w:type="spellEnd"/>
      <w:r w:rsidR="00B869CC" w:rsidRPr="00063FD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869CC" w:rsidRPr="00063FD7">
        <w:rPr>
          <w:rFonts w:ascii="Times New Roman" w:hAnsi="Times New Roman" w:cs="Times New Roman"/>
          <w:b/>
          <w:sz w:val="24"/>
          <w:szCs w:val="24"/>
        </w:rPr>
        <w:t>sulla</w:t>
      </w:r>
      <w:proofErr w:type="spellEnd"/>
      <w:r w:rsidR="00B869CC" w:rsidRPr="00063FD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869CC" w:rsidRPr="00063FD7">
        <w:rPr>
          <w:rFonts w:ascii="Times New Roman" w:hAnsi="Times New Roman" w:cs="Times New Roman"/>
          <w:b/>
          <w:sz w:val="24"/>
          <w:szCs w:val="24"/>
        </w:rPr>
        <w:t>responsabilità</w:t>
      </w:r>
      <w:proofErr w:type="spellEnd"/>
      <w:r w:rsidR="00B869CC" w:rsidRPr="00063FD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869CC" w:rsidRPr="00063FD7">
        <w:rPr>
          <w:rFonts w:ascii="Times New Roman" w:hAnsi="Times New Roman" w:cs="Times New Roman"/>
          <w:b/>
          <w:sz w:val="24"/>
          <w:szCs w:val="24"/>
        </w:rPr>
        <w:t>penale</w:t>
      </w:r>
      <w:proofErr w:type="spellEnd"/>
      <w:r w:rsidR="00B869CC" w:rsidRPr="00063FD7">
        <w:rPr>
          <w:rFonts w:ascii="Times New Roman" w:hAnsi="Times New Roman" w:cs="Times New Roman"/>
          <w:b/>
          <w:sz w:val="24"/>
          <w:szCs w:val="24"/>
        </w:rPr>
        <w:t xml:space="preserve"> cui </w:t>
      </w:r>
      <w:proofErr w:type="spellStart"/>
      <w:r w:rsidR="00B869CC" w:rsidRPr="00063FD7">
        <w:rPr>
          <w:rFonts w:ascii="Times New Roman" w:hAnsi="Times New Roman" w:cs="Times New Roman"/>
          <w:b/>
          <w:sz w:val="24"/>
          <w:szCs w:val="24"/>
        </w:rPr>
        <w:t>può</w:t>
      </w:r>
      <w:proofErr w:type="spellEnd"/>
      <w:r w:rsidR="00B869CC" w:rsidRPr="00063FD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869CC" w:rsidRPr="00063FD7">
        <w:rPr>
          <w:rFonts w:ascii="Times New Roman" w:hAnsi="Times New Roman" w:cs="Times New Roman"/>
          <w:b/>
          <w:sz w:val="24"/>
          <w:szCs w:val="24"/>
        </w:rPr>
        <w:t>andare</w:t>
      </w:r>
      <w:proofErr w:type="spellEnd"/>
      <w:r w:rsidR="00B869CC" w:rsidRPr="00063FD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869CC" w:rsidRPr="00063FD7">
        <w:rPr>
          <w:rFonts w:ascii="Times New Roman" w:hAnsi="Times New Roman" w:cs="Times New Roman"/>
          <w:b/>
          <w:sz w:val="24"/>
          <w:szCs w:val="24"/>
        </w:rPr>
        <w:t>incontro</w:t>
      </w:r>
      <w:proofErr w:type="spellEnd"/>
      <w:r w:rsidR="00B869CC" w:rsidRPr="00063FD7">
        <w:rPr>
          <w:rFonts w:ascii="Times New Roman" w:hAnsi="Times New Roman" w:cs="Times New Roman"/>
          <w:b/>
          <w:sz w:val="24"/>
          <w:szCs w:val="24"/>
        </w:rPr>
        <w:t xml:space="preserve"> in </w:t>
      </w:r>
      <w:proofErr w:type="spellStart"/>
      <w:r w:rsidR="00B869CC" w:rsidRPr="00063FD7">
        <w:rPr>
          <w:rFonts w:ascii="Times New Roman" w:hAnsi="Times New Roman" w:cs="Times New Roman"/>
          <w:b/>
          <w:sz w:val="24"/>
          <w:szCs w:val="24"/>
        </w:rPr>
        <w:t>caso</w:t>
      </w:r>
      <w:proofErr w:type="spellEnd"/>
      <w:r w:rsidR="00B869CC" w:rsidRPr="00063FD7">
        <w:rPr>
          <w:rFonts w:ascii="Times New Roman" w:hAnsi="Times New Roman" w:cs="Times New Roman"/>
          <w:b/>
          <w:sz w:val="24"/>
          <w:szCs w:val="24"/>
        </w:rPr>
        <w:t xml:space="preserve"> di </w:t>
      </w:r>
      <w:proofErr w:type="spellStart"/>
      <w:r w:rsidR="00B869CC" w:rsidRPr="00063FD7">
        <w:rPr>
          <w:rFonts w:ascii="Times New Roman" w:hAnsi="Times New Roman" w:cs="Times New Roman"/>
          <w:b/>
          <w:sz w:val="24"/>
          <w:szCs w:val="24"/>
        </w:rPr>
        <w:t>dichiarazioni</w:t>
      </w:r>
      <w:proofErr w:type="spellEnd"/>
      <w:r w:rsidR="00B869CC" w:rsidRPr="00063FD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869CC" w:rsidRPr="00063FD7">
        <w:rPr>
          <w:rFonts w:ascii="Times New Roman" w:hAnsi="Times New Roman" w:cs="Times New Roman"/>
          <w:b/>
          <w:sz w:val="24"/>
          <w:szCs w:val="24"/>
        </w:rPr>
        <w:t>mendaci</w:t>
      </w:r>
      <w:proofErr w:type="spellEnd"/>
      <w:r w:rsidR="00B869CC" w:rsidRPr="00063FD7">
        <w:rPr>
          <w:rFonts w:ascii="Times New Roman" w:hAnsi="Times New Roman" w:cs="Times New Roman"/>
          <w:b/>
          <w:sz w:val="24"/>
          <w:szCs w:val="24"/>
        </w:rPr>
        <w:t xml:space="preserve">, ai </w:t>
      </w:r>
      <w:proofErr w:type="spellStart"/>
      <w:r w:rsidR="00B869CC" w:rsidRPr="00063FD7">
        <w:rPr>
          <w:rFonts w:ascii="Times New Roman" w:hAnsi="Times New Roman" w:cs="Times New Roman"/>
          <w:b/>
          <w:sz w:val="24"/>
          <w:szCs w:val="24"/>
        </w:rPr>
        <w:t>fini</w:t>
      </w:r>
      <w:proofErr w:type="spellEnd"/>
      <w:r w:rsidR="00B869CC" w:rsidRPr="00063FD7">
        <w:rPr>
          <w:rFonts w:ascii="Times New Roman" w:hAnsi="Times New Roman" w:cs="Times New Roman"/>
          <w:b/>
          <w:sz w:val="24"/>
          <w:szCs w:val="24"/>
        </w:rPr>
        <w:t xml:space="preserve"> della </w:t>
      </w:r>
      <w:proofErr w:type="spellStart"/>
      <w:r w:rsidR="00B869CC" w:rsidRPr="00063FD7">
        <w:rPr>
          <w:rFonts w:ascii="Times New Roman" w:hAnsi="Times New Roman" w:cs="Times New Roman"/>
          <w:b/>
          <w:sz w:val="24"/>
          <w:szCs w:val="24"/>
        </w:rPr>
        <w:t>fornitura</w:t>
      </w:r>
      <w:proofErr w:type="spellEnd"/>
      <w:r w:rsidR="00B869CC" w:rsidRPr="00063FD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869CC" w:rsidRPr="00063FD7">
        <w:rPr>
          <w:rFonts w:ascii="Times New Roman" w:hAnsi="Times New Roman" w:cs="Times New Roman"/>
          <w:b/>
          <w:sz w:val="24"/>
          <w:szCs w:val="24"/>
        </w:rPr>
        <w:t>gratuita</w:t>
      </w:r>
      <w:proofErr w:type="spellEnd"/>
      <w:r w:rsidR="00B869CC" w:rsidRPr="00063FD7">
        <w:rPr>
          <w:rFonts w:ascii="Times New Roman" w:hAnsi="Times New Roman" w:cs="Times New Roman"/>
          <w:b/>
          <w:sz w:val="24"/>
          <w:szCs w:val="24"/>
        </w:rPr>
        <w:t xml:space="preserve"> e </w:t>
      </w:r>
      <w:proofErr w:type="spellStart"/>
      <w:r w:rsidR="00B869CC" w:rsidRPr="00063FD7">
        <w:rPr>
          <w:rFonts w:ascii="Times New Roman" w:hAnsi="Times New Roman" w:cs="Times New Roman"/>
          <w:b/>
          <w:sz w:val="24"/>
          <w:szCs w:val="24"/>
        </w:rPr>
        <w:t>semigratuita</w:t>
      </w:r>
      <w:proofErr w:type="spellEnd"/>
      <w:r w:rsidR="00B869CC" w:rsidRPr="00063FD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869CC" w:rsidRPr="00063FD7">
        <w:rPr>
          <w:rFonts w:ascii="Times New Roman" w:hAnsi="Times New Roman" w:cs="Times New Roman"/>
          <w:b/>
          <w:sz w:val="24"/>
          <w:szCs w:val="24"/>
        </w:rPr>
        <w:t>dei</w:t>
      </w:r>
      <w:proofErr w:type="spellEnd"/>
      <w:r w:rsidR="00B869CC" w:rsidRPr="00063FD7">
        <w:rPr>
          <w:rFonts w:ascii="Times New Roman" w:hAnsi="Times New Roman" w:cs="Times New Roman"/>
          <w:b/>
          <w:sz w:val="24"/>
          <w:szCs w:val="24"/>
        </w:rPr>
        <w:t xml:space="preserve"> libri di testo di cui </w:t>
      </w:r>
      <w:proofErr w:type="spellStart"/>
      <w:r w:rsidR="00B869CC" w:rsidRPr="00063FD7">
        <w:rPr>
          <w:rFonts w:ascii="Times New Roman" w:hAnsi="Times New Roman" w:cs="Times New Roman"/>
          <w:b/>
          <w:sz w:val="24"/>
          <w:szCs w:val="24"/>
        </w:rPr>
        <w:t>all’art</w:t>
      </w:r>
      <w:proofErr w:type="spellEnd"/>
      <w:r w:rsidR="00B869CC" w:rsidRPr="00063FD7">
        <w:rPr>
          <w:rFonts w:ascii="Times New Roman" w:hAnsi="Times New Roman" w:cs="Times New Roman"/>
          <w:b/>
          <w:sz w:val="24"/>
          <w:szCs w:val="24"/>
        </w:rPr>
        <w:t>.</w:t>
      </w:r>
      <w:r w:rsidR="00837A80" w:rsidRPr="00063F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69CC" w:rsidRPr="00063FD7">
        <w:rPr>
          <w:rFonts w:ascii="Times New Roman" w:hAnsi="Times New Roman" w:cs="Times New Roman"/>
          <w:b/>
          <w:sz w:val="24"/>
          <w:szCs w:val="24"/>
        </w:rPr>
        <w:t>27 della L</w:t>
      </w:r>
      <w:r w:rsidR="00837A80" w:rsidRPr="00063FD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869CC" w:rsidRPr="00063FD7">
        <w:rPr>
          <w:rFonts w:ascii="Times New Roman" w:hAnsi="Times New Roman" w:cs="Times New Roman"/>
          <w:b/>
          <w:sz w:val="24"/>
          <w:szCs w:val="24"/>
        </w:rPr>
        <w:t xml:space="preserve">448/98, </w:t>
      </w:r>
      <w:r w:rsidR="00837A80" w:rsidRPr="00063FD7">
        <w:rPr>
          <w:rFonts w:ascii="Times New Roman" w:hAnsi="Times New Roman" w:cs="Times New Roman"/>
          <w:b/>
          <w:sz w:val="24"/>
          <w:szCs w:val="24"/>
        </w:rPr>
        <w:t xml:space="preserve">sotto la propria </w:t>
      </w:r>
      <w:proofErr w:type="spellStart"/>
      <w:r w:rsidR="00837A80" w:rsidRPr="00063FD7">
        <w:rPr>
          <w:rFonts w:ascii="Times New Roman" w:hAnsi="Times New Roman" w:cs="Times New Roman"/>
          <w:b/>
          <w:sz w:val="24"/>
          <w:szCs w:val="24"/>
        </w:rPr>
        <w:t>responsabilità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007C64BE" w14:textId="77777777" w:rsidR="0086411F" w:rsidRPr="0086411F" w:rsidRDefault="0086411F" w:rsidP="0086411F">
      <w:pPr>
        <w:spacing w:after="0" w:line="240" w:lineRule="auto"/>
        <w:ind w:right="-71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3180A6" w14:textId="77777777" w:rsidR="0086411F" w:rsidRDefault="0086411F" w:rsidP="00063FD7">
      <w:pPr>
        <w:spacing w:after="0" w:line="240" w:lineRule="auto"/>
        <w:ind w:right="-71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11F">
        <w:rPr>
          <w:rFonts w:ascii="Times New Roman" w:hAnsi="Times New Roman" w:cs="Times New Roman"/>
          <w:b/>
          <w:sz w:val="28"/>
          <w:szCs w:val="28"/>
        </w:rPr>
        <w:t>DICHIARA</w:t>
      </w:r>
      <w:r w:rsidR="003F631B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3F631B">
        <w:rPr>
          <w:rFonts w:ascii="Times New Roman" w:hAnsi="Times New Roman" w:cs="Times New Roman"/>
          <w:b/>
          <w:sz w:val="28"/>
          <w:szCs w:val="28"/>
        </w:rPr>
        <w:t>inoltre</w:t>
      </w:r>
      <w:proofErr w:type="spellEnd"/>
    </w:p>
    <w:p w14:paraId="69213FEA" w14:textId="77777777" w:rsidR="00FD7FA9" w:rsidRPr="00063FD7" w:rsidRDefault="00FD7FA9" w:rsidP="00063F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B9DD09F" w14:textId="77777777" w:rsidR="003F631B" w:rsidRDefault="00B869CC" w:rsidP="003F631B">
      <w:pPr>
        <w:pStyle w:val="Paragrafoelenco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FD7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Pr="00063FD7">
        <w:rPr>
          <w:rFonts w:ascii="Times New Roman" w:hAnsi="Times New Roman" w:cs="Times New Roman"/>
          <w:sz w:val="24"/>
          <w:szCs w:val="24"/>
        </w:rPr>
        <w:t>avere</w:t>
      </w:r>
      <w:proofErr w:type="spellEnd"/>
      <w:r w:rsidRPr="00063FD7">
        <w:rPr>
          <w:rFonts w:ascii="Times New Roman" w:hAnsi="Times New Roman" w:cs="Times New Roman"/>
          <w:sz w:val="24"/>
          <w:szCs w:val="24"/>
        </w:rPr>
        <w:t xml:space="preserve"> sostenuto, per </w:t>
      </w:r>
      <w:proofErr w:type="spellStart"/>
      <w:r w:rsidRPr="00063FD7">
        <w:rPr>
          <w:rFonts w:ascii="Times New Roman" w:hAnsi="Times New Roman" w:cs="Times New Roman"/>
          <w:sz w:val="24"/>
          <w:szCs w:val="24"/>
        </w:rPr>
        <w:t>l’acqui</w:t>
      </w:r>
      <w:r w:rsidR="0086411F" w:rsidRPr="00063FD7">
        <w:rPr>
          <w:rFonts w:ascii="Times New Roman" w:hAnsi="Times New Roman" w:cs="Times New Roman"/>
          <w:sz w:val="24"/>
          <w:szCs w:val="24"/>
        </w:rPr>
        <w:t>sto</w:t>
      </w:r>
      <w:proofErr w:type="spellEnd"/>
      <w:r w:rsidR="0086411F" w:rsidRPr="00063FD7">
        <w:rPr>
          <w:rFonts w:ascii="Times New Roman" w:hAnsi="Times New Roman" w:cs="Times New Roman"/>
          <w:sz w:val="24"/>
          <w:szCs w:val="24"/>
        </w:rPr>
        <w:t xml:space="preserve"> dei libri di testo a.s. 2025/2026</w:t>
      </w:r>
      <w:r w:rsidRPr="00063F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3FD7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Pr="00063F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3FD7">
        <w:rPr>
          <w:rFonts w:ascii="Times New Roman" w:hAnsi="Times New Roman" w:cs="Times New Roman"/>
          <w:sz w:val="24"/>
          <w:szCs w:val="24"/>
        </w:rPr>
        <w:t>spesa</w:t>
      </w:r>
      <w:proofErr w:type="spellEnd"/>
      <w:r w:rsidRPr="00063F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3FD7">
        <w:rPr>
          <w:rFonts w:ascii="Times New Roman" w:hAnsi="Times New Roman" w:cs="Times New Roman"/>
          <w:sz w:val="24"/>
          <w:szCs w:val="24"/>
        </w:rPr>
        <w:t>complessiva</w:t>
      </w:r>
      <w:proofErr w:type="spellEnd"/>
      <w:r w:rsidRPr="00063FD7">
        <w:rPr>
          <w:rFonts w:ascii="Times New Roman" w:hAnsi="Times New Roman" w:cs="Times New Roman"/>
          <w:sz w:val="24"/>
          <w:szCs w:val="24"/>
        </w:rPr>
        <w:t xml:space="preserve"> di Euro ____________</w:t>
      </w:r>
      <w:r w:rsidR="00FD7FA9" w:rsidRPr="00063FD7">
        <w:rPr>
          <w:rFonts w:ascii="Times New Roman" w:hAnsi="Times New Roman" w:cs="Times New Roman"/>
          <w:sz w:val="24"/>
          <w:szCs w:val="24"/>
        </w:rPr>
        <w:t>;</w:t>
      </w:r>
    </w:p>
    <w:p w14:paraId="30592AB8" w14:textId="77777777" w:rsidR="003F631B" w:rsidRDefault="00B869CC" w:rsidP="003F631B">
      <w:pPr>
        <w:pStyle w:val="Paragrafoelenco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631B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Pr="003F631B">
        <w:rPr>
          <w:rFonts w:ascii="Times New Roman" w:hAnsi="Times New Roman" w:cs="Times New Roman"/>
          <w:sz w:val="24"/>
          <w:szCs w:val="24"/>
        </w:rPr>
        <w:t>essere</w:t>
      </w:r>
      <w:proofErr w:type="spellEnd"/>
      <w:r w:rsidRPr="003F631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3F631B">
        <w:rPr>
          <w:rFonts w:ascii="Times New Roman" w:hAnsi="Times New Roman" w:cs="Times New Roman"/>
          <w:sz w:val="24"/>
          <w:szCs w:val="24"/>
        </w:rPr>
        <w:t>possesso</w:t>
      </w:r>
      <w:proofErr w:type="spellEnd"/>
      <w:r w:rsidRPr="003F631B">
        <w:rPr>
          <w:rFonts w:ascii="Times New Roman" w:hAnsi="Times New Roman" w:cs="Times New Roman"/>
          <w:sz w:val="24"/>
          <w:szCs w:val="24"/>
        </w:rPr>
        <w:t xml:space="preserve"> della </w:t>
      </w:r>
      <w:proofErr w:type="spellStart"/>
      <w:r w:rsidRPr="003F631B">
        <w:rPr>
          <w:rFonts w:ascii="Times New Roman" w:hAnsi="Times New Roman" w:cs="Times New Roman"/>
          <w:sz w:val="24"/>
          <w:szCs w:val="24"/>
        </w:rPr>
        <w:t>documentazione</w:t>
      </w:r>
      <w:proofErr w:type="spellEnd"/>
      <w:r w:rsidRPr="003F631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3F631B">
        <w:rPr>
          <w:rFonts w:ascii="Times New Roman" w:hAnsi="Times New Roman" w:cs="Times New Roman"/>
          <w:sz w:val="24"/>
          <w:szCs w:val="24"/>
        </w:rPr>
        <w:t>originale</w:t>
      </w:r>
      <w:proofErr w:type="spellEnd"/>
      <w:r w:rsidRPr="003F6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631B">
        <w:rPr>
          <w:rFonts w:ascii="Times New Roman" w:hAnsi="Times New Roman" w:cs="Times New Roman"/>
          <w:sz w:val="24"/>
          <w:szCs w:val="24"/>
        </w:rPr>
        <w:t>attestante</w:t>
      </w:r>
      <w:proofErr w:type="spellEnd"/>
      <w:r w:rsidRPr="003F631B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3F631B">
        <w:rPr>
          <w:rFonts w:ascii="Times New Roman" w:hAnsi="Times New Roman" w:cs="Times New Roman"/>
          <w:sz w:val="24"/>
          <w:szCs w:val="24"/>
        </w:rPr>
        <w:t>spese</w:t>
      </w:r>
      <w:proofErr w:type="spellEnd"/>
      <w:r w:rsidRPr="003F6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631B">
        <w:rPr>
          <w:rFonts w:ascii="Times New Roman" w:hAnsi="Times New Roman" w:cs="Times New Roman"/>
          <w:sz w:val="24"/>
          <w:szCs w:val="24"/>
        </w:rPr>
        <w:t>sostenute</w:t>
      </w:r>
      <w:proofErr w:type="spellEnd"/>
      <w:r w:rsidRPr="003F631B">
        <w:rPr>
          <w:rFonts w:ascii="Times New Roman" w:hAnsi="Times New Roman" w:cs="Times New Roman"/>
          <w:sz w:val="24"/>
          <w:szCs w:val="24"/>
        </w:rPr>
        <w:t xml:space="preserve"> e di </w:t>
      </w:r>
      <w:proofErr w:type="spellStart"/>
      <w:r w:rsidRPr="003F631B">
        <w:rPr>
          <w:rFonts w:ascii="Times New Roman" w:hAnsi="Times New Roman" w:cs="Times New Roman"/>
          <w:sz w:val="24"/>
          <w:szCs w:val="24"/>
        </w:rPr>
        <w:t>essere</w:t>
      </w:r>
      <w:proofErr w:type="spellEnd"/>
      <w:r w:rsidRPr="003F6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631B">
        <w:rPr>
          <w:rFonts w:ascii="Times New Roman" w:hAnsi="Times New Roman" w:cs="Times New Roman"/>
          <w:sz w:val="24"/>
          <w:szCs w:val="24"/>
        </w:rPr>
        <w:t>consapevole</w:t>
      </w:r>
      <w:proofErr w:type="spellEnd"/>
      <w:r w:rsidRPr="003F6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631B">
        <w:rPr>
          <w:rFonts w:ascii="Times New Roman" w:hAnsi="Times New Roman" w:cs="Times New Roman"/>
          <w:sz w:val="24"/>
          <w:szCs w:val="24"/>
        </w:rPr>
        <w:t>che</w:t>
      </w:r>
      <w:proofErr w:type="spellEnd"/>
      <w:r w:rsidRPr="003F631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3F631B">
        <w:rPr>
          <w:rFonts w:ascii="Times New Roman" w:hAnsi="Times New Roman" w:cs="Times New Roman"/>
          <w:sz w:val="24"/>
          <w:szCs w:val="24"/>
        </w:rPr>
        <w:t>stessa</w:t>
      </w:r>
      <w:proofErr w:type="spellEnd"/>
      <w:r w:rsidRPr="003F6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631B">
        <w:rPr>
          <w:rFonts w:ascii="Times New Roman" w:hAnsi="Times New Roman" w:cs="Times New Roman"/>
          <w:sz w:val="24"/>
          <w:szCs w:val="24"/>
        </w:rPr>
        <w:t>dovrà</w:t>
      </w:r>
      <w:proofErr w:type="spellEnd"/>
      <w:r w:rsidRPr="003F6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631B">
        <w:rPr>
          <w:rFonts w:ascii="Times New Roman" w:hAnsi="Times New Roman" w:cs="Times New Roman"/>
          <w:sz w:val="24"/>
          <w:szCs w:val="24"/>
        </w:rPr>
        <w:t>essere</w:t>
      </w:r>
      <w:proofErr w:type="spellEnd"/>
      <w:r w:rsidRPr="003F6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631B">
        <w:rPr>
          <w:rFonts w:ascii="Times New Roman" w:hAnsi="Times New Roman" w:cs="Times New Roman"/>
          <w:sz w:val="24"/>
          <w:szCs w:val="24"/>
        </w:rPr>
        <w:t>conservata</w:t>
      </w:r>
      <w:proofErr w:type="spellEnd"/>
      <w:r w:rsidRPr="003F631B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3F631B">
        <w:rPr>
          <w:rFonts w:ascii="Times New Roman" w:hAnsi="Times New Roman" w:cs="Times New Roman"/>
          <w:sz w:val="24"/>
          <w:szCs w:val="24"/>
        </w:rPr>
        <w:t>almeno</w:t>
      </w:r>
      <w:proofErr w:type="spellEnd"/>
      <w:r w:rsidRPr="003F631B">
        <w:rPr>
          <w:rFonts w:ascii="Times New Roman" w:hAnsi="Times New Roman" w:cs="Times New Roman"/>
          <w:sz w:val="24"/>
          <w:szCs w:val="24"/>
        </w:rPr>
        <w:t xml:space="preserve"> 5 anni</w:t>
      </w:r>
      <w:r w:rsidR="0086411F" w:rsidRPr="003F631B">
        <w:rPr>
          <w:rFonts w:ascii="Times New Roman" w:hAnsi="Times New Roman" w:cs="Times New Roman"/>
          <w:sz w:val="24"/>
          <w:szCs w:val="24"/>
        </w:rPr>
        <w:t>,</w:t>
      </w:r>
      <w:r w:rsidRPr="003F6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411F" w:rsidRPr="003F631B">
        <w:rPr>
          <w:rFonts w:ascii="Times New Roman" w:hAnsi="Times New Roman" w:cs="Times New Roman"/>
          <w:sz w:val="24"/>
          <w:szCs w:val="24"/>
        </w:rPr>
        <w:t>pena</w:t>
      </w:r>
      <w:proofErr w:type="spellEnd"/>
      <w:r w:rsidR="0086411F" w:rsidRPr="003F6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411F" w:rsidRPr="003F631B">
        <w:rPr>
          <w:rFonts w:ascii="Times New Roman" w:hAnsi="Times New Roman" w:cs="Times New Roman"/>
          <w:sz w:val="24"/>
          <w:szCs w:val="24"/>
        </w:rPr>
        <w:t>l’esclusione</w:t>
      </w:r>
      <w:proofErr w:type="spellEnd"/>
      <w:r w:rsidR="0086411F" w:rsidRPr="003F631B">
        <w:rPr>
          <w:rFonts w:ascii="Times New Roman" w:hAnsi="Times New Roman" w:cs="Times New Roman"/>
          <w:sz w:val="24"/>
          <w:szCs w:val="24"/>
        </w:rPr>
        <w:t xml:space="preserve"> dal </w:t>
      </w:r>
      <w:proofErr w:type="spellStart"/>
      <w:r w:rsidR="0086411F" w:rsidRPr="003F631B">
        <w:rPr>
          <w:rFonts w:ascii="Times New Roman" w:hAnsi="Times New Roman" w:cs="Times New Roman"/>
          <w:sz w:val="24"/>
          <w:szCs w:val="24"/>
        </w:rPr>
        <w:t>beneficio</w:t>
      </w:r>
      <w:proofErr w:type="spellEnd"/>
      <w:r w:rsidR="0086411F" w:rsidRPr="003F631B">
        <w:rPr>
          <w:rFonts w:ascii="Times New Roman" w:hAnsi="Times New Roman" w:cs="Times New Roman"/>
          <w:sz w:val="24"/>
          <w:szCs w:val="24"/>
        </w:rPr>
        <w:t>;</w:t>
      </w:r>
    </w:p>
    <w:p w14:paraId="67C8AF35" w14:textId="77777777" w:rsidR="00FD7FA9" w:rsidRPr="003F631B" w:rsidRDefault="00B869CC" w:rsidP="003F631B">
      <w:pPr>
        <w:pStyle w:val="Paragrafoelenco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631B">
        <w:rPr>
          <w:rFonts w:ascii="Times New Roman" w:hAnsi="Times New Roman" w:cs="Times New Roman"/>
          <w:sz w:val="24"/>
          <w:szCs w:val="24"/>
        </w:rPr>
        <w:t xml:space="preserve">di non </w:t>
      </w:r>
      <w:proofErr w:type="spellStart"/>
      <w:r w:rsidRPr="003F631B">
        <w:rPr>
          <w:rFonts w:ascii="Times New Roman" w:hAnsi="Times New Roman" w:cs="Times New Roman"/>
          <w:sz w:val="24"/>
          <w:szCs w:val="24"/>
        </w:rPr>
        <w:t>avere</w:t>
      </w:r>
      <w:proofErr w:type="spellEnd"/>
      <w:r w:rsidRPr="003F6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631B">
        <w:rPr>
          <w:rFonts w:ascii="Times New Roman" w:hAnsi="Times New Roman" w:cs="Times New Roman"/>
          <w:sz w:val="24"/>
          <w:szCs w:val="24"/>
        </w:rPr>
        <w:t>presentato</w:t>
      </w:r>
      <w:proofErr w:type="spellEnd"/>
      <w:r w:rsidRPr="003F6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631B">
        <w:rPr>
          <w:rFonts w:ascii="Times New Roman" w:hAnsi="Times New Roman" w:cs="Times New Roman"/>
          <w:sz w:val="24"/>
          <w:szCs w:val="24"/>
        </w:rPr>
        <w:t>domanda</w:t>
      </w:r>
      <w:proofErr w:type="spellEnd"/>
      <w:r w:rsidRPr="003F631B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3F631B">
        <w:rPr>
          <w:rFonts w:ascii="Times New Roman" w:hAnsi="Times New Roman" w:cs="Times New Roman"/>
          <w:sz w:val="24"/>
          <w:szCs w:val="24"/>
        </w:rPr>
        <w:t>l’ottenimento</w:t>
      </w:r>
      <w:proofErr w:type="spellEnd"/>
      <w:r w:rsidRPr="003F631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3F631B">
        <w:rPr>
          <w:rFonts w:ascii="Times New Roman" w:hAnsi="Times New Roman" w:cs="Times New Roman"/>
          <w:sz w:val="24"/>
          <w:szCs w:val="24"/>
        </w:rPr>
        <w:t>analogo</w:t>
      </w:r>
      <w:proofErr w:type="spellEnd"/>
      <w:r w:rsidRPr="003F6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631B">
        <w:rPr>
          <w:rFonts w:ascii="Times New Roman" w:hAnsi="Times New Roman" w:cs="Times New Roman"/>
          <w:sz w:val="24"/>
          <w:szCs w:val="24"/>
        </w:rPr>
        <w:t>beneficio</w:t>
      </w:r>
      <w:proofErr w:type="spellEnd"/>
      <w:r w:rsidRPr="003F631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3F631B">
        <w:rPr>
          <w:rFonts w:ascii="Times New Roman" w:hAnsi="Times New Roman" w:cs="Times New Roman"/>
          <w:sz w:val="24"/>
          <w:szCs w:val="24"/>
        </w:rPr>
        <w:t>altra</w:t>
      </w:r>
      <w:proofErr w:type="spellEnd"/>
      <w:r w:rsidRPr="003F6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631B">
        <w:rPr>
          <w:rFonts w:ascii="Times New Roman" w:hAnsi="Times New Roman" w:cs="Times New Roman"/>
          <w:sz w:val="24"/>
          <w:szCs w:val="24"/>
        </w:rPr>
        <w:t>Regione</w:t>
      </w:r>
      <w:proofErr w:type="spellEnd"/>
      <w:r w:rsidRPr="003F631B">
        <w:rPr>
          <w:rFonts w:ascii="Times New Roman" w:hAnsi="Times New Roman" w:cs="Times New Roman"/>
          <w:sz w:val="24"/>
          <w:szCs w:val="24"/>
        </w:rPr>
        <w:t>.</w:t>
      </w:r>
    </w:p>
    <w:p w14:paraId="18F66058" w14:textId="77777777" w:rsidR="009F3199" w:rsidRPr="00063FD7" w:rsidRDefault="009F3199" w:rsidP="00FD7FA9">
      <w:pPr>
        <w:spacing w:after="0" w:line="240" w:lineRule="auto"/>
        <w:ind w:right="-716"/>
        <w:jc w:val="both"/>
        <w:rPr>
          <w:rFonts w:ascii="Times New Roman" w:hAnsi="Times New Roman" w:cs="Times New Roman"/>
          <w:sz w:val="24"/>
          <w:szCs w:val="24"/>
        </w:rPr>
      </w:pPr>
    </w:p>
    <w:p w14:paraId="3EDACC83" w14:textId="77777777" w:rsidR="003F631B" w:rsidRDefault="00B869CC" w:rsidP="003F631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3FD7">
        <w:rPr>
          <w:rFonts w:ascii="Times New Roman" w:hAnsi="Times New Roman" w:cs="Times New Roman"/>
          <w:b/>
          <w:sz w:val="24"/>
          <w:szCs w:val="24"/>
        </w:rPr>
        <w:t xml:space="preserve">Il </w:t>
      </w:r>
      <w:proofErr w:type="spellStart"/>
      <w:r w:rsidRPr="00063FD7">
        <w:rPr>
          <w:rFonts w:ascii="Times New Roman" w:hAnsi="Times New Roman" w:cs="Times New Roman"/>
          <w:b/>
          <w:sz w:val="24"/>
          <w:szCs w:val="24"/>
        </w:rPr>
        <w:t>richiedente</w:t>
      </w:r>
      <w:proofErr w:type="spellEnd"/>
      <w:r w:rsidRPr="00063FD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63FD7">
        <w:rPr>
          <w:rFonts w:ascii="Times New Roman" w:hAnsi="Times New Roman" w:cs="Times New Roman"/>
          <w:b/>
          <w:sz w:val="24"/>
          <w:szCs w:val="24"/>
        </w:rPr>
        <w:t>deve</w:t>
      </w:r>
      <w:proofErr w:type="spellEnd"/>
      <w:r w:rsidRPr="00063FD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63FD7">
        <w:rPr>
          <w:rFonts w:ascii="Times New Roman" w:hAnsi="Times New Roman" w:cs="Times New Roman"/>
          <w:b/>
          <w:sz w:val="24"/>
          <w:szCs w:val="24"/>
        </w:rPr>
        <w:t>allegare</w:t>
      </w:r>
      <w:proofErr w:type="spellEnd"/>
      <w:r w:rsidRPr="00063FD7">
        <w:rPr>
          <w:rFonts w:ascii="Times New Roman" w:hAnsi="Times New Roman" w:cs="Times New Roman"/>
          <w:b/>
          <w:sz w:val="24"/>
          <w:szCs w:val="24"/>
        </w:rPr>
        <w:t xml:space="preserve"> alla </w:t>
      </w:r>
      <w:proofErr w:type="spellStart"/>
      <w:r w:rsidRPr="00063FD7">
        <w:rPr>
          <w:rFonts w:ascii="Times New Roman" w:hAnsi="Times New Roman" w:cs="Times New Roman"/>
          <w:b/>
          <w:sz w:val="24"/>
          <w:szCs w:val="24"/>
        </w:rPr>
        <w:t>presente</w:t>
      </w:r>
      <w:proofErr w:type="spellEnd"/>
      <w:r w:rsidRPr="00063FD7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063FD7">
        <w:rPr>
          <w:rFonts w:ascii="Times New Roman" w:hAnsi="Times New Roman" w:cs="Times New Roman"/>
          <w:b/>
          <w:sz w:val="24"/>
          <w:szCs w:val="24"/>
          <w:u w:val="single"/>
        </w:rPr>
        <w:t>pena</w:t>
      </w:r>
      <w:proofErr w:type="spellEnd"/>
      <w:r w:rsidRPr="00063FD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063FD7">
        <w:rPr>
          <w:rFonts w:ascii="Times New Roman" w:hAnsi="Times New Roman" w:cs="Times New Roman"/>
          <w:b/>
          <w:sz w:val="24"/>
          <w:szCs w:val="24"/>
          <w:u w:val="single"/>
        </w:rPr>
        <w:t>l’esclusione</w:t>
      </w:r>
      <w:proofErr w:type="spellEnd"/>
      <w:r w:rsidRPr="00063FD7">
        <w:rPr>
          <w:rFonts w:ascii="Times New Roman" w:hAnsi="Times New Roman" w:cs="Times New Roman"/>
          <w:b/>
          <w:sz w:val="24"/>
          <w:szCs w:val="24"/>
          <w:u w:val="single"/>
        </w:rPr>
        <w:t xml:space="preserve"> dal </w:t>
      </w:r>
      <w:proofErr w:type="spellStart"/>
      <w:r w:rsidRPr="00063FD7">
        <w:rPr>
          <w:rFonts w:ascii="Times New Roman" w:hAnsi="Times New Roman" w:cs="Times New Roman"/>
          <w:b/>
          <w:sz w:val="24"/>
          <w:szCs w:val="24"/>
          <w:u w:val="single"/>
        </w:rPr>
        <w:t>contributo</w:t>
      </w:r>
      <w:proofErr w:type="spellEnd"/>
      <w:r w:rsidRPr="00063FD7">
        <w:rPr>
          <w:rFonts w:ascii="Times New Roman" w:hAnsi="Times New Roman" w:cs="Times New Roman"/>
          <w:b/>
          <w:sz w:val="24"/>
          <w:szCs w:val="24"/>
        </w:rPr>
        <w:t xml:space="preserve">, la </w:t>
      </w:r>
      <w:proofErr w:type="spellStart"/>
      <w:r w:rsidRPr="00063FD7">
        <w:rPr>
          <w:rFonts w:ascii="Times New Roman" w:hAnsi="Times New Roman" w:cs="Times New Roman"/>
          <w:b/>
          <w:sz w:val="24"/>
          <w:szCs w:val="24"/>
        </w:rPr>
        <w:t>seguente</w:t>
      </w:r>
      <w:proofErr w:type="spellEnd"/>
      <w:r w:rsidRPr="00063FD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63FD7">
        <w:rPr>
          <w:rFonts w:ascii="Times New Roman" w:hAnsi="Times New Roman" w:cs="Times New Roman"/>
          <w:b/>
          <w:sz w:val="24"/>
          <w:szCs w:val="24"/>
        </w:rPr>
        <w:t>documentazione</w:t>
      </w:r>
      <w:proofErr w:type="spellEnd"/>
      <w:r w:rsidRPr="00063FD7">
        <w:rPr>
          <w:rFonts w:ascii="Times New Roman" w:hAnsi="Times New Roman" w:cs="Times New Roman"/>
          <w:b/>
          <w:sz w:val="24"/>
          <w:szCs w:val="24"/>
        </w:rPr>
        <w:t>:</w:t>
      </w:r>
    </w:p>
    <w:p w14:paraId="6AE48E6F" w14:textId="77777777" w:rsidR="003F631B" w:rsidRDefault="00B869CC" w:rsidP="003F631B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F631B">
        <w:rPr>
          <w:rFonts w:ascii="Times New Roman" w:hAnsi="Times New Roman" w:cs="Times New Roman"/>
          <w:sz w:val="24"/>
          <w:szCs w:val="24"/>
        </w:rPr>
        <w:t>Certifi</w:t>
      </w:r>
      <w:r w:rsidR="003F631B" w:rsidRPr="003F631B">
        <w:rPr>
          <w:rFonts w:ascii="Times New Roman" w:hAnsi="Times New Roman" w:cs="Times New Roman"/>
          <w:sz w:val="24"/>
          <w:szCs w:val="24"/>
        </w:rPr>
        <w:t>cazione</w:t>
      </w:r>
      <w:proofErr w:type="spellEnd"/>
      <w:r w:rsidR="003F631B" w:rsidRPr="003F631B">
        <w:rPr>
          <w:rFonts w:ascii="Times New Roman" w:hAnsi="Times New Roman" w:cs="Times New Roman"/>
          <w:sz w:val="24"/>
          <w:szCs w:val="24"/>
        </w:rPr>
        <w:t xml:space="preserve"> ISEE </w:t>
      </w:r>
      <w:proofErr w:type="spellStart"/>
      <w:r w:rsidR="003F631B" w:rsidRPr="003F631B">
        <w:rPr>
          <w:rFonts w:ascii="Times New Roman" w:hAnsi="Times New Roman" w:cs="Times New Roman"/>
          <w:sz w:val="24"/>
          <w:szCs w:val="24"/>
        </w:rPr>
        <w:t>rilasciata</w:t>
      </w:r>
      <w:proofErr w:type="spellEnd"/>
      <w:r w:rsidR="003F631B" w:rsidRPr="003F6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631B" w:rsidRPr="003F631B">
        <w:rPr>
          <w:rFonts w:ascii="Times New Roman" w:hAnsi="Times New Roman" w:cs="Times New Roman"/>
          <w:sz w:val="24"/>
          <w:szCs w:val="24"/>
        </w:rPr>
        <w:t>nel</w:t>
      </w:r>
      <w:proofErr w:type="spellEnd"/>
      <w:r w:rsidR="003F631B" w:rsidRPr="003F631B">
        <w:rPr>
          <w:rFonts w:ascii="Times New Roman" w:hAnsi="Times New Roman" w:cs="Times New Roman"/>
          <w:sz w:val="24"/>
          <w:szCs w:val="24"/>
        </w:rPr>
        <w:t xml:space="preserve"> 2026</w:t>
      </w:r>
      <w:r w:rsidRPr="003F631B">
        <w:rPr>
          <w:rFonts w:ascii="Times New Roman" w:hAnsi="Times New Roman" w:cs="Times New Roman"/>
          <w:sz w:val="24"/>
          <w:szCs w:val="24"/>
        </w:rPr>
        <w:t xml:space="preserve"> (</w:t>
      </w:r>
      <w:r w:rsidR="00FA6423">
        <w:rPr>
          <w:rFonts w:ascii="Times New Roman" w:hAnsi="Times New Roman" w:cs="Times New Roman"/>
          <w:sz w:val="24"/>
          <w:szCs w:val="24"/>
        </w:rPr>
        <w:t>inferiore a € 14.365,00</w:t>
      </w:r>
      <w:r w:rsidR="0086411F" w:rsidRPr="003F631B">
        <w:rPr>
          <w:rFonts w:ascii="Times New Roman" w:hAnsi="Times New Roman" w:cs="Times New Roman"/>
          <w:sz w:val="24"/>
          <w:szCs w:val="24"/>
        </w:rPr>
        <w:t>);</w:t>
      </w:r>
    </w:p>
    <w:p w14:paraId="5D393827" w14:textId="77777777" w:rsidR="003F631B" w:rsidRDefault="00B869CC" w:rsidP="003F631B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F631B">
        <w:rPr>
          <w:rFonts w:ascii="Times New Roman" w:hAnsi="Times New Roman" w:cs="Times New Roman"/>
          <w:sz w:val="24"/>
          <w:szCs w:val="24"/>
        </w:rPr>
        <w:t>Documento</w:t>
      </w:r>
      <w:proofErr w:type="spellEnd"/>
      <w:r w:rsidRPr="003F631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86411F" w:rsidRPr="003F631B">
        <w:rPr>
          <w:rFonts w:ascii="Times New Roman" w:hAnsi="Times New Roman" w:cs="Times New Roman"/>
          <w:sz w:val="24"/>
          <w:szCs w:val="24"/>
        </w:rPr>
        <w:t>identità</w:t>
      </w:r>
      <w:proofErr w:type="spellEnd"/>
      <w:r w:rsidR="0086411F" w:rsidRPr="003F631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86411F" w:rsidRPr="003F631B">
        <w:rPr>
          <w:rFonts w:ascii="Times New Roman" w:hAnsi="Times New Roman" w:cs="Times New Roman"/>
          <w:sz w:val="24"/>
          <w:szCs w:val="24"/>
        </w:rPr>
        <w:t>corso</w:t>
      </w:r>
      <w:proofErr w:type="spellEnd"/>
      <w:r w:rsidR="0086411F" w:rsidRPr="003F631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86411F" w:rsidRPr="003F631B">
        <w:rPr>
          <w:rFonts w:ascii="Times New Roman" w:hAnsi="Times New Roman" w:cs="Times New Roman"/>
          <w:sz w:val="24"/>
          <w:szCs w:val="24"/>
        </w:rPr>
        <w:t>validità</w:t>
      </w:r>
      <w:proofErr w:type="spellEnd"/>
      <w:r w:rsidR="0086411F" w:rsidRPr="003F631B">
        <w:rPr>
          <w:rFonts w:ascii="Times New Roman" w:hAnsi="Times New Roman" w:cs="Times New Roman"/>
          <w:sz w:val="24"/>
          <w:szCs w:val="24"/>
        </w:rPr>
        <w:t>;</w:t>
      </w:r>
    </w:p>
    <w:p w14:paraId="772C0582" w14:textId="77777777" w:rsidR="0086411F" w:rsidRPr="00A111B6" w:rsidRDefault="00B869CC" w:rsidP="003F631B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631B">
        <w:rPr>
          <w:rFonts w:ascii="Times New Roman" w:hAnsi="Times New Roman" w:cs="Times New Roman"/>
          <w:sz w:val="24"/>
          <w:szCs w:val="24"/>
        </w:rPr>
        <w:t xml:space="preserve">Copia </w:t>
      </w:r>
      <w:proofErr w:type="spellStart"/>
      <w:r w:rsidRPr="003F631B">
        <w:rPr>
          <w:rFonts w:ascii="Times New Roman" w:hAnsi="Times New Roman" w:cs="Times New Roman"/>
          <w:sz w:val="24"/>
          <w:szCs w:val="24"/>
        </w:rPr>
        <w:t>codice</w:t>
      </w:r>
      <w:proofErr w:type="spellEnd"/>
      <w:r w:rsidRPr="003F631B">
        <w:rPr>
          <w:rFonts w:ascii="Times New Roman" w:hAnsi="Times New Roman" w:cs="Times New Roman"/>
          <w:sz w:val="24"/>
          <w:szCs w:val="24"/>
        </w:rPr>
        <w:t xml:space="preserve"> IBAN del </w:t>
      </w:r>
      <w:proofErr w:type="spellStart"/>
      <w:r w:rsidRPr="003F631B">
        <w:rPr>
          <w:rFonts w:ascii="Times New Roman" w:hAnsi="Times New Roman" w:cs="Times New Roman"/>
          <w:sz w:val="24"/>
          <w:szCs w:val="24"/>
        </w:rPr>
        <w:t>conto</w:t>
      </w:r>
      <w:proofErr w:type="spellEnd"/>
      <w:r w:rsidRPr="003F6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11B6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A111B6">
        <w:rPr>
          <w:rFonts w:ascii="Times New Roman" w:hAnsi="Times New Roman" w:cs="Times New Roman"/>
          <w:sz w:val="24"/>
          <w:szCs w:val="24"/>
        </w:rPr>
        <w:t xml:space="preserve"> cui </w:t>
      </w:r>
      <w:proofErr w:type="spellStart"/>
      <w:r w:rsidR="00A111B6">
        <w:rPr>
          <w:rFonts w:ascii="Times New Roman" w:hAnsi="Times New Roman" w:cs="Times New Roman"/>
          <w:sz w:val="24"/>
          <w:szCs w:val="24"/>
        </w:rPr>
        <w:t>effettuare</w:t>
      </w:r>
      <w:proofErr w:type="spellEnd"/>
      <w:r w:rsidR="00A111B6">
        <w:rPr>
          <w:rFonts w:ascii="Times New Roman" w:hAnsi="Times New Roman" w:cs="Times New Roman"/>
          <w:sz w:val="24"/>
          <w:szCs w:val="24"/>
        </w:rPr>
        <w:t xml:space="preserve"> il </w:t>
      </w:r>
      <w:proofErr w:type="spellStart"/>
      <w:r w:rsidR="00A111B6">
        <w:rPr>
          <w:rFonts w:ascii="Times New Roman" w:hAnsi="Times New Roman" w:cs="Times New Roman"/>
          <w:sz w:val="24"/>
          <w:szCs w:val="24"/>
        </w:rPr>
        <w:t>versamento</w:t>
      </w:r>
      <w:proofErr w:type="spellEnd"/>
      <w:r w:rsidR="00A111B6">
        <w:rPr>
          <w:rFonts w:ascii="Times New Roman" w:hAnsi="Times New Roman" w:cs="Times New Roman"/>
          <w:sz w:val="24"/>
          <w:szCs w:val="24"/>
        </w:rPr>
        <w:t>;</w:t>
      </w:r>
    </w:p>
    <w:p w14:paraId="6EDC4828" w14:textId="77777777" w:rsidR="00A111B6" w:rsidRPr="003F631B" w:rsidRDefault="00A111B6" w:rsidP="003F631B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iCs/>
          <w:sz w:val="24"/>
          <w:szCs w:val="24"/>
          <w:lang w:eastAsia="it-IT"/>
        </w:rPr>
        <w:t>C</w:t>
      </w:r>
      <w:r w:rsidRPr="00993056">
        <w:rPr>
          <w:iCs/>
          <w:sz w:val="24"/>
          <w:szCs w:val="24"/>
          <w:lang w:eastAsia="it-IT"/>
        </w:rPr>
        <w:t xml:space="preserve">opia della </w:t>
      </w:r>
      <w:proofErr w:type="spellStart"/>
      <w:r w:rsidRPr="00993056">
        <w:rPr>
          <w:iCs/>
          <w:sz w:val="24"/>
          <w:szCs w:val="24"/>
          <w:lang w:eastAsia="it-IT"/>
        </w:rPr>
        <w:t>documentazione</w:t>
      </w:r>
      <w:proofErr w:type="spellEnd"/>
      <w:r w:rsidRPr="00993056">
        <w:rPr>
          <w:iCs/>
          <w:sz w:val="24"/>
          <w:szCs w:val="24"/>
          <w:lang w:eastAsia="it-IT"/>
        </w:rPr>
        <w:t xml:space="preserve"> </w:t>
      </w:r>
      <w:proofErr w:type="spellStart"/>
      <w:r w:rsidRPr="00993056">
        <w:rPr>
          <w:iCs/>
          <w:sz w:val="24"/>
          <w:szCs w:val="24"/>
          <w:lang w:eastAsia="it-IT"/>
        </w:rPr>
        <w:t>fiscale</w:t>
      </w:r>
      <w:proofErr w:type="spellEnd"/>
      <w:r w:rsidRPr="00993056">
        <w:rPr>
          <w:iCs/>
          <w:sz w:val="24"/>
          <w:szCs w:val="24"/>
          <w:lang w:eastAsia="it-IT"/>
        </w:rPr>
        <w:t xml:space="preserve"> </w:t>
      </w:r>
      <w:proofErr w:type="spellStart"/>
      <w:r w:rsidRPr="00993056">
        <w:rPr>
          <w:iCs/>
          <w:sz w:val="24"/>
          <w:szCs w:val="24"/>
          <w:lang w:eastAsia="it-IT"/>
        </w:rPr>
        <w:t>attestante</w:t>
      </w:r>
      <w:proofErr w:type="spellEnd"/>
      <w:r w:rsidRPr="00993056">
        <w:rPr>
          <w:iCs/>
          <w:sz w:val="24"/>
          <w:szCs w:val="24"/>
          <w:lang w:eastAsia="it-IT"/>
        </w:rPr>
        <w:t xml:space="preserve"> </w:t>
      </w:r>
      <w:proofErr w:type="spellStart"/>
      <w:r w:rsidRPr="00993056">
        <w:rPr>
          <w:iCs/>
          <w:sz w:val="24"/>
          <w:szCs w:val="24"/>
          <w:lang w:eastAsia="it-IT"/>
        </w:rPr>
        <w:t>l’acquisto</w:t>
      </w:r>
      <w:proofErr w:type="spellEnd"/>
      <w:r w:rsidRPr="00993056">
        <w:rPr>
          <w:iCs/>
          <w:sz w:val="24"/>
          <w:szCs w:val="24"/>
          <w:lang w:eastAsia="it-IT"/>
        </w:rPr>
        <w:t xml:space="preserve"> </w:t>
      </w:r>
      <w:proofErr w:type="spellStart"/>
      <w:r w:rsidRPr="00993056">
        <w:rPr>
          <w:iCs/>
          <w:sz w:val="24"/>
          <w:szCs w:val="24"/>
          <w:lang w:eastAsia="it-IT"/>
        </w:rPr>
        <w:t>dei</w:t>
      </w:r>
      <w:proofErr w:type="spellEnd"/>
      <w:r w:rsidRPr="00993056">
        <w:rPr>
          <w:iCs/>
          <w:sz w:val="24"/>
          <w:szCs w:val="24"/>
          <w:lang w:eastAsia="it-IT"/>
        </w:rPr>
        <w:t xml:space="preserve"> libri di testo</w:t>
      </w:r>
      <w:r>
        <w:rPr>
          <w:iCs/>
          <w:sz w:val="24"/>
          <w:szCs w:val="24"/>
          <w:lang w:eastAsia="it-IT"/>
        </w:rPr>
        <w:t>.</w:t>
      </w:r>
    </w:p>
    <w:p w14:paraId="13C91128" w14:textId="77777777" w:rsidR="0086411F" w:rsidRPr="00063FD7" w:rsidRDefault="0086411F" w:rsidP="0086411F">
      <w:pPr>
        <w:spacing w:line="240" w:lineRule="auto"/>
        <w:ind w:right="-716"/>
        <w:jc w:val="both"/>
        <w:rPr>
          <w:rFonts w:ascii="Times New Roman" w:hAnsi="Times New Roman" w:cs="Times New Roman"/>
          <w:sz w:val="24"/>
          <w:szCs w:val="24"/>
        </w:rPr>
      </w:pPr>
    </w:p>
    <w:p w14:paraId="23A3F14B" w14:textId="77777777" w:rsidR="0086411F" w:rsidRPr="0086411F" w:rsidRDefault="0086411F" w:rsidP="0086411F">
      <w:pPr>
        <w:spacing w:line="240" w:lineRule="auto"/>
        <w:ind w:right="-716"/>
        <w:jc w:val="both"/>
        <w:rPr>
          <w:rFonts w:ascii="Times New Roman" w:hAnsi="Times New Roman" w:cs="Times New Roman"/>
          <w:sz w:val="28"/>
          <w:szCs w:val="28"/>
        </w:rPr>
      </w:pPr>
    </w:p>
    <w:p w14:paraId="636C81D7" w14:textId="77777777" w:rsidR="0086411F" w:rsidRPr="0086411F" w:rsidRDefault="0086411F" w:rsidP="0086411F">
      <w:pPr>
        <w:spacing w:line="240" w:lineRule="auto"/>
        <w:ind w:right="-71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411F">
        <w:rPr>
          <w:rFonts w:ascii="Times New Roman" w:hAnsi="Times New Roman" w:cs="Times New Roman"/>
          <w:sz w:val="28"/>
          <w:szCs w:val="28"/>
        </w:rPr>
        <w:t>Zambrone</w:t>
      </w:r>
      <w:proofErr w:type="spellEnd"/>
      <w:r w:rsidR="00B869CC" w:rsidRPr="0086411F">
        <w:rPr>
          <w:rFonts w:ascii="Times New Roman" w:hAnsi="Times New Roman" w:cs="Times New Roman"/>
          <w:sz w:val="28"/>
          <w:szCs w:val="28"/>
        </w:rPr>
        <w:t>, _____________</w:t>
      </w:r>
    </w:p>
    <w:p w14:paraId="54BE0CC4" w14:textId="77777777" w:rsidR="0086411F" w:rsidRDefault="00B869CC" w:rsidP="0086411F">
      <w:pPr>
        <w:ind w:right="-716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6564E1">
        <w:rPr>
          <w:rFonts w:ascii="Times New Roman" w:hAnsi="Times New Roman" w:cs="Times New Roman"/>
          <w:sz w:val="28"/>
          <w:szCs w:val="28"/>
        </w:rPr>
        <w:t>Firma</w:t>
      </w:r>
      <w:proofErr w:type="spellEnd"/>
      <w:r w:rsidRPr="006564E1">
        <w:rPr>
          <w:rFonts w:ascii="Times New Roman" w:hAnsi="Times New Roman" w:cs="Times New Roman"/>
          <w:sz w:val="28"/>
          <w:szCs w:val="28"/>
        </w:rPr>
        <w:t xml:space="preserve"> del </w:t>
      </w:r>
      <w:proofErr w:type="spellStart"/>
      <w:r w:rsidRPr="006564E1">
        <w:rPr>
          <w:rFonts w:ascii="Times New Roman" w:hAnsi="Times New Roman" w:cs="Times New Roman"/>
          <w:sz w:val="28"/>
          <w:szCs w:val="28"/>
        </w:rPr>
        <w:t>richiedente</w:t>
      </w:r>
      <w:proofErr w:type="spellEnd"/>
    </w:p>
    <w:p w14:paraId="19FC981E" w14:textId="77777777" w:rsidR="009F3199" w:rsidRPr="006564E1" w:rsidRDefault="00B869CC" w:rsidP="0086411F">
      <w:pPr>
        <w:ind w:right="-716"/>
        <w:jc w:val="right"/>
        <w:rPr>
          <w:rFonts w:ascii="Times New Roman" w:hAnsi="Times New Roman" w:cs="Times New Roman"/>
          <w:sz w:val="28"/>
          <w:szCs w:val="28"/>
        </w:rPr>
      </w:pPr>
      <w:r w:rsidRPr="006564E1">
        <w:rPr>
          <w:rFonts w:ascii="Times New Roman" w:hAnsi="Times New Roman" w:cs="Times New Roman"/>
          <w:sz w:val="28"/>
          <w:szCs w:val="28"/>
        </w:rPr>
        <w:t>____________________</w:t>
      </w:r>
    </w:p>
    <w:sectPr w:rsidR="009F3199" w:rsidRPr="006564E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3E863BE"/>
    <w:multiLevelType w:val="hybridMultilevel"/>
    <w:tmpl w:val="5EF69F34"/>
    <w:lvl w:ilvl="0" w:tplc="4D2CE09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D24E60"/>
    <w:multiLevelType w:val="hybridMultilevel"/>
    <w:tmpl w:val="4E0CAA94"/>
    <w:lvl w:ilvl="0" w:tplc="54163DC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4632265">
    <w:abstractNumId w:val="8"/>
  </w:num>
  <w:num w:numId="2" w16cid:durableId="1952393954">
    <w:abstractNumId w:val="6"/>
  </w:num>
  <w:num w:numId="3" w16cid:durableId="1465847923">
    <w:abstractNumId w:val="5"/>
  </w:num>
  <w:num w:numId="4" w16cid:durableId="722951389">
    <w:abstractNumId w:val="4"/>
  </w:num>
  <w:num w:numId="5" w16cid:durableId="2102137532">
    <w:abstractNumId w:val="7"/>
  </w:num>
  <w:num w:numId="6" w16cid:durableId="80565836">
    <w:abstractNumId w:val="3"/>
  </w:num>
  <w:num w:numId="7" w16cid:durableId="413935172">
    <w:abstractNumId w:val="2"/>
  </w:num>
  <w:num w:numId="8" w16cid:durableId="300573724">
    <w:abstractNumId w:val="1"/>
  </w:num>
  <w:num w:numId="9" w16cid:durableId="797408684">
    <w:abstractNumId w:val="0"/>
  </w:num>
  <w:num w:numId="10" w16cid:durableId="639463630">
    <w:abstractNumId w:val="10"/>
  </w:num>
  <w:num w:numId="11" w16cid:durableId="7750604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5344"/>
    <w:rsid w:val="0006063C"/>
    <w:rsid w:val="00063FD7"/>
    <w:rsid w:val="0015074B"/>
    <w:rsid w:val="001A1A6E"/>
    <w:rsid w:val="001C7163"/>
    <w:rsid w:val="0029639D"/>
    <w:rsid w:val="0031172B"/>
    <w:rsid w:val="00326F90"/>
    <w:rsid w:val="003F631B"/>
    <w:rsid w:val="005E68AF"/>
    <w:rsid w:val="006564E1"/>
    <w:rsid w:val="00693998"/>
    <w:rsid w:val="00837A80"/>
    <w:rsid w:val="0086411F"/>
    <w:rsid w:val="008D4753"/>
    <w:rsid w:val="009F3199"/>
    <w:rsid w:val="00A0115A"/>
    <w:rsid w:val="00A111B6"/>
    <w:rsid w:val="00A3272A"/>
    <w:rsid w:val="00A807DF"/>
    <w:rsid w:val="00AA1D8D"/>
    <w:rsid w:val="00AB4703"/>
    <w:rsid w:val="00B47730"/>
    <w:rsid w:val="00B869CC"/>
    <w:rsid w:val="00CB0664"/>
    <w:rsid w:val="00D84EE7"/>
    <w:rsid w:val="00E96AD1"/>
    <w:rsid w:val="00FA6423"/>
    <w:rsid w:val="00FC693F"/>
    <w:rsid w:val="00FD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A04CA7"/>
  <w14:defaultImageDpi w14:val="300"/>
  <w15:docId w15:val="{E28B2A0F-A13A-4E79-92ED-490B28B49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17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117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F1C6189-C7C2-4896-A4D1-3BD76AD55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1897</Characters>
  <Application>Microsoft Office Word</Application>
  <DocSecurity>0</DocSecurity>
  <Lines>15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Pc Segreteria 3</cp:lastModifiedBy>
  <cp:revision>2</cp:revision>
  <cp:lastPrinted>2026-10-08T07:57:00Z</cp:lastPrinted>
  <dcterms:created xsi:type="dcterms:W3CDTF">2026-10-16T07:35:00Z</dcterms:created>
  <dcterms:modified xsi:type="dcterms:W3CDTF">2026-10-16T07:35:00Z</dcterms:modified>
</cp:coreProperties>
</file>